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02A7A" w14:textId="77777777" w:rsidR="00AD2954" w:rsidRPr="009C2F03" w:rsidRDefault="00AD2954" w:rsidP="00AD2954">
      <w:pPr>
        <w:spacing w:after="0"/>
        <w:jc w:val="center"/>
        <w:rPr>
          <w:rFonts w:ascii="Calibri" w:hAnsi="Calibri" w:cs="Calibri"/>
          <w:b/>
          <w:sz w:val="32"/>
          <w:szCs w:val="32"/>
        </w:rPr>
      </w:pPr>
      <w:r>
        <w:rPr>
          <w:rFonts w:ascii="Calibri" w:hAnsi="Calibri" w:cs="Calibri"/>
          <w:b/>
          <w:noProof/>
          <w:sz w:val="32"/>
          <w:szCs w:val="32"/>
        </w:rPr>
        <w:drawing>
          <wp:inline distT="0" distB="0" distL="0" distR="0" wp14:anchorId="5BF56E9A" wp14:editId="4795716F">
            <wp:extent cx="2329610" cy="892277"/>
            <wp:effectExtent l="0" t="0" r="0" b="0"/>
            <wp:docPr id="1" name="Picture 1" descr="DSAT logo with 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AT logo with stat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50445" cy="900257"/>
                    </a:xfrm>
                    <a:prstGeom prst="rect">
                      <a:avLst/>
                    </a:prstGeom>
                    <a:noFill/>
                    <a:ln>
                      <a:noFill/>
                    </a:ln>
                  </pic:spPr>
                </pic:pic>
              </a:graphicData>
            </a:graphic>
          </wp:inline>
        </w:drawing>
      </w:r>
    </w:p>
    <w:p w14:paraId="521566E6" w14:textId="77777777" w:rsidR="00AD2954" w:rsidRDefault="00AD2954" w:rsidP="00AD2954">
      <w:pPr>
        <w:spacing w:after="0"/>
        <w:jc w:val="center"/>
        <w:rPr>
          <w:rFonts w:ascii="Calibri" w:hAnsi="Calibri" w:cs="Calibri"/>
          <w:b/>
          <w:sz w:val="32"/>
          <w:szCs w:val="32"/>
        </w:rPr>
      </w:pPr>
    </w:p>
    <w:p w14:paraId="029BE4B3" w14:textId="77777777" w:rsidR="00AD2954" w:rsidRDefault="00AD2954" w:rsidP="00AD2954">
      <w:pPr>
        <w:spacing w:after="0"/>
        <w:jc w:val="center"/>
        <w:rPr>
          <w:rFonts w:ascii="Calibri" w:hAnsi="Calibri" w:cs="Calibri"/>
          <w:b/>
          <w:sz w:val="32"/>
          <w:szCs w:val="32"/>
        </w:rPr>
      </w:pPr>
    </w:p>
    <w:p w14:paraId="13007C3C" w14:textId="77777777" w:rsidR="00AD2954" w:rsidRPr="009C2F03" w:rsidRDefault="00AD2954" w:rsidP="00AD2954">
      <w:pPr>
        <w:spacing w:after="0"/>
        <w:jc w:val="center"/>
        <w:rPr>
          <w:rFonts w:ascii="Calibri" w:hAnsi="Calibri" w:cs="Calibri"/>
          <w:b/>
          <w:sz w:val="32"/>
          <w:szCs w:val="32"/>
        </w:rPr>
      </w:pPr>
    </w:p>
    <w:p w14:paraId="663B39C2" w14:textId="43BC304B" w:rsidR="73B3473C" w:rsidRDefault="73B3473C" w:rsidP="73B3473C">
      <w:pPr>
        <w:spacing w:after="0"/>
        <w:jc w:val="center"/>
      </w:pPr>
    </w:p>
    <w:p w14:paraId="0C9EF881" w14:textId="77777777" w:rsidR="00AD2954" w:rsidRDefault="00AD2954" w:rsidP="00AD2954">
      <w:pPr>
        <w:spacing w:after="0"/>
        <w:jc w:val="center"/>
        <w:rPr>
          <w:rFonts w:ascii="Calibri" w:hAnsi="Calibri" w:cs="Calibri"/>
          <w:b/>
          <w:sz w:val="32"/>
          <w:szCs w:val="32"/>
        </w:rPr>
      </w:pPr>
    </w:p>
    <w:p w14:paraId="7687C873" w14:textId="5226D35A" w:rsidR="00AD2954" w:rsidRPr="009C2F03" w:rsidRDefault="00AD2954" w:rsidP="73B3473C">
      <w:pPr>
        <w:spacing w:after="0"/>
        <w:jc w:val="center"/>
        <w:rPr>
          <w:rFonts w:ascii="Calibri" w:hAnsi="Calibri" w:cs="Calibri"/>
          <w:b/>
          <w:bCs/>
          <w:sz w:val="32"/>
          <w:szCs w:val="32"/>
        </w:rPr>
      </w:pPr>
    </w:p>
    <w:p w14:paraId="03B04879" w14:textId="422972FD" w:rsidR="00AD2954" w:rsidRPr="009C2F03" w:rsidRDefault="00AD2954" w:rsidP="00AD2954">
      <w:pPr>
        <w:spacing w:after="0"/>
        <w:jc w:val="center"/>
        <w:rPr>
          <w:rFonts w:ascii="Calibri" w:hAnsi="Calibri" w:cs="Calibri"/>
          <w:b/>
          <w:color w:val="7030A0"/>
          <w:sz w:val="40"/>
          <w:szCs w:val="32"/>
        </w:rPr>
      </w:pPr>
      <w:r>
        <w:rPr>
          <w:rFonts w:ascii="Calibri" w:hAnsi="Calibri" w:cs="Calibri"/>
          <w:b/>
          <w:color w:val="7030A0"/>
          <w:sz w:val="40"/>
          <w:szCs w:val="32"/>
        </w:rPr>
        <w:t>SCHOOL UNIFORM POLICY</w:t>
      </w:r>
    </w:p>
    <w:p w14:paraId="1CD8FB56" w14:textId="77777777" w:rsidR="00AD2954" w:rsidRPr="009C2F03" w:rsidRDefault="00AD2954" w:rsidP="00AD2954">
      <w:pPr>
        <w:spacing w:after="0"/>
        <w:jc w:val="center"/>
        <w:rPr>
          <w:rFonts w:ascii="Calibri" w:hAnsi="Calibri" w:cs="Calibri"/>
          <w:b/>
          <w:color w:val="7030A0"/>
          <w:sz w:val="32"/>
          <w:szCs w:val="32"/>
        </w:rPr>
      </w:pPr>
    </w:p>
    <w:p w14:paraId="4B2EE09E" w14:textId="77777777" w:rsidR="00AD2954" w:rsidRDefault="00AD2954" w:rsidP="00AD2954">
      <w:pPr>
        <w:spacing w:after="0"/>
        <w:jc w:val="center"/>
        <w:rPr>
          <w:rFonts w:ascii="Calibri" w:hAnsi="Calibri" w:cs="Calibri"/>
          <w:b/>
          <w:color w:val="7030A0"/>
          <w:sz w:val="32"/>
          <w:szCs w:val="32"/>
        </w:rPr>
      </w:pPr>
    </w:p>
    <w:p w14:paraId="606BE716" w14:textId="77777777" w:rsidR="00AD2954" w:rsidRDefault="00AD2954" w:rsidP="00AD2954">
      <w:pPr>
        <w:spacing w:after="0"/>
        <w:jc w:val="center"/>
        <w:rPr>
          <w:rFonts w:ascii="Calibri" w:hAnsi="Calibri" w:cs="Calibri"/>
          <w:b/>
          <w:color w:val="7030A0"/>
          <w:sz w:val="32"/>
          <w:szCs w:val="32"/>
        </w:rPr>
      </w:pPr>
    </w:p>
    <w:p w14:paraId="268D2118" w14:textId="77777777" w:rsidR="00AD2954" w:rsidRDefault="00AD2954" w:rsidP="00AD2954">
      <w:pPr>
        <w:spacing w:after="0"/>
        <w:jc w:val="center"/>
        <w:rPr>
          <w:rFonts w:ascii="Calibri" w:hAnsi="Calibri" w:cs="Calibri"/>
          <w:b/>
          <w:color w:val="7030A0"/>
          <w:sz w:val="32"/>
          <w:szCs w:val="32"/>
        </w:rPr>
      </w:pPr>
    </w:p>
    <w:p w14:paraId="0F3B50FE" w14:textId="77777777" w:rsidR="00AD2954" w:rsidRDefault="00AD2954" w:rsidP="00AD2954">
      <w:pPr>
        <w:spacing w:after="0"/>
        <w:jc w:val="center"/>
        <w:rPr>
          <w:rFonts w:ascii="Calibri" w:hAnsi="Calibri" w:cs="Calibri"/>
          <w:b/>
          <w:color w:val="7030A0"/>
          <w:sz w:val="32"/>
          <w:szCs w:val="32"/>
        </w:rPr>
      </w:pPr>
    </w:p>
    <w:p w14:paraId="719EC762" w14:textId="77777777" w:rsidR="00AD2954" w:rsidRDefault="00AD2954" w:rsidP="00AD2954">
      <w:pPr>
        <w:spacing w:after="0"/>
        <w:jc w:val="center"/>
        <w:rPr>
          <w:rFonts w:ascii="Calibri" w:hAnsi="Calibri" w:cs="Calibri"/>
          <w:b/>
          <w:color w:val="7030A0"/>
          <w:sz w:val="32"/>
          <w:szCs w:val="32"/>
        </w:rPr>
      </w:pPr>
    </w:p>
    <w:p w14:paraId="7353F3C2" w14:textId="77777777" w:rsidR="00AD2954" w:rsidRDefault="00AD2954" w:rsidP="00AD2954">
      <w:pPr>
        <w:spacing w:after="0"/>
        <w:jc w:val="center"/>
        <w:rPr>
          <w:rFonts w:ascii="Calibri" w:hAnsi="Calibri" w:cs="Calibri"/>
          <w:b/>
          <w:color w:val="7030A0"/>
          <w:sz w:val="32"/>
          <w:szCs w:val="32"/>
        </w:rPr>
      </w:pPr>
    </w:p>
    <w:p w14:paraId="76BB4EBD" w14:textId="77777777" w:rsidR="00AD2954" w:rsidRPr="009C2F03" w:rsidRDefault="00AD2954" w:rsidP="00AD2954">
      <w:pPr>
        <w:spacing w:after="0"/>
        <w:jc w:val="center"/>
        <w:rPr>
          <w:rFonts w:ascii="Calibri" w:hAnsi="Calibri" w:cs="Calibri"/>
          <w:b/>
          <w:color w:val="7030A0"/>
          <w:sz w:val="32"/>
          <w:szCs w:val="32"/>
        </w:rPr>
      </w:pPr>
    </w:p>
    <w:p w14:paraId="0AC88CD8" w14:textId="77777777" w:rsidR="00AD2954" w:rsidRPr="009C2F03" w:rsidRDefault="00AD2954" w:rsidP="00AD2954">
      <w:pPr>
        <w:spacing w:after="0"/>
        <w:jc w:val="center"/>
        <w:rPr>
          <w:rFonts w:ascii="Calibri" w:hAnsi="Calibri" w:cs="Calibri"/>
          <w:b/>
          <w:color w:val="7030A0"/>
          <w:sz w:val="32"/>
          <w:szCs w:val="32"/>
        </w:rPr>
      </w:pPr>
    </w:p>
    <w:p w14:paraId="4ACFE866" w14:textId="77777777" w:rsidR="00AD2954" w:rsidRPr="009C2F03" w:rsidRDefault="00AD2954" w:rsidP="00AD2954">
      <w:pPr>
        <w:spacing w:after="0"/>
        <w:jc w:val="center"/>
        <w:rPr>
          <w:rFonts w:ascii="Calibri" w:hAnsi="Calibri" w:cs="Calibri"/>
          <w:b/>
          <w:color w:val="7030A0"/>
          <w:sz w:val="32"/>
          <w:szCs w:val="32"/>
        </w:rPr>
      </w:pPr>
    </w:p>
    <w:p w14:paraId="25137828" w14:textId="77777777" w:rsidR="00AD2954" w:rsidRPr="009C2F03" w:rsidRDefault="00AD2954" w:rsidP="00AD2954">
      <w:pPr>
        <w:spacing w:after="0"/>
        <w:rPr>
          <w:rFonts w:ascii="Calibri" w:hAnsi="Calibri" w:cs="Calibri"/>
          <w:i/>
        </w:rPr>
      </w:pPr>
    </w:p>
    <w:p w14:paraId="76F56DF8" w14:textId="18888D8B" w:rsidR="00AD2954" w:rsidRPr="009C2F03" w:rsidRDefault="00AD2954" w:rsidP="00AD2954">
      <w:pPr>
        <w:spacing w:after="0"/>
        <w:rPr>
          <w:rFonts w:ascii="Calibri" w:hAnsi="Calibri" w:cs="Calibri"/>
        </w:rPr>
      </w:pPr>
      <w:r w:rsidRPr="389D52D8">
        <w:rPr>
          <w:rFonts w:ascii="Calibri" w:hAnsi="Calibri" w:cs="Calibri"/>
        </w:rPr>
        <w:t xml:space="preserve">Policy Date: </w:t>
      </w:r>
      <w:r>
        <w:rPr>
          <w:rFonts w:ascii="Calibri" w:hAnsi="Calibri" w:cs="Calibri"/>
        </w:rPr>
        <w:t>September 2026</w:t>
      </w:r>
    </w:p>
    <w:p w14:paraId="4088C253" w14:textId="77777777" w:rsidR="00AD2954" w:rsidRDefault="00AD2954" w:rsidP="00AD2954">
      <w:pPr>
        <w:spacing w:after="0"/>
        <w:rPr>
          <w:rFonts w:ascii="Calibri" w:hAnsi="Calibri" w:cs="Calibri"/>
        </w:rPr>
      </w:pPr>
    </w:p>
    <w:p w14:paraId="5BA0DEA3" w14:textId="23E9920C" w:rsidR="00AD2954" w:rsidRPr="00AD2954" w:rsidRDefault="00AD2954" w:rsidP="00AD2954">
      <w:pPr>
        <w:spacing w:after="0"/>
        <w:rPr>
          <w:rFonts w:ascii="Calibri" w:hAnsi="Calibri" w:cs="Calibri"/>
        </w:rPr>
      </w:pPr>
      <w:r w:rsidRPr="389D52D8">
        <w:rPr>
          <w:rFonts w:ascii="Calibri" w:hAnsi="Calibri" w:cs="Calibri"/>
        </w:rPr>
        <w:t xml:space="preserve">Review Date: </w:t>
      </w:r>
      <w:r>
        <w:rPr>
          <w:rFonts w:ascii="Calibri" w:hAnsi="Calibri" w:cs="Calibri"/>
        </w:rPr>
        <w:t>September 2027</w:t>
      </w:r>
    </w:p>
    <w:p w14:paraId="458A0BD9" w14:textId="77777777" w:rsidR="00AD2954" w:rsidRDefault="00AD2954" w:rsidP="00AD2954">
      <w:pPr>
        <w:spacing w:after="0"/>
        <w:rPr>
          <w:rFonts w:ascii="Calibri" w:hAnsi="Calibri" w:cs="Calibri"/>
          <w:b/>
          <w:bCs/>
          <w:color w:val="7030A0"/>
          <w:kern w:val="32"/>
          <w:szCs w:val="32"/>
        </w:rPr>
      </w:pPr>
      <w:r>
        <w:rPr>
          <w:rFonts w:ascii="Calibri" w:hAnsi="Calibri" w:cs="Calibri"/>
          <w:color w:val="7030A0"/>
        </w:rPr>
        <w:br w:type="page"/>
      </w:r>
    </w:p>
    <w:p w14:paraId="76507FDB" w14:textId="5014D6D0" w:rsidR="007F1D0F" w:rsidRPr="00DD2715"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lastRenderedPageBreak/>
        <w:t>Purpose and principles</w:t>
      </w:r>
    </w:p>
    <w:p w14:paraId="0945FAFC" w14:textId="3A4559BA" w:rsidR="007F1D0F" w:rsidRPr="00DD2715" w:rsidRDefault="005615A7">
      <w:pPr>
        <w:rPr>
          <w:rFonts w:asciiTheme="majorHAnsi" w:hAnsiTheme="majorHAnsi" w:cstheme="majorHAnsi"/>
          <w:sz w:val="22"/>
          <w:lang w:val="en-GB"/>
        </w:rPr>
      </w:pPr>
      <w:r w:rsidRPr="00DD2715">
        <w:rPr>
          <w:rFonts w:asciiTheme="majorHAnsi" w:hAnsiTheme="majorHAnsi" w:cstheme="majorHAnsi"/>
          <w:sz w:val="22"/>
          <w:lang w:val="en-GB"/>
        </w:rPr>
        <w:t xml:space="preserve">Our uniform helps children feel that they belong </w:t>
      </w:r>
      <w:r w:rsidR="00215243" w:rsidRPr="00DD2715">
        <w:rPr>
          <w:rFonts w:asciiTheme="majorHAnsi" w:hAnsiTheme="majorHAnsi" w:cstheme="majorHAnsi"/>
          <w:sz w:val="22"/>
          <w:lang w:val="en-GB"/>
        </w:rPr>
        <w:t>at our school</w:t>
      </w:r>
      <w:r w:rsidRPr="00DD2715">
        <w:rPr>
          <w:rFonts w:asciiTheme="majorHAnsi" w:hAnsiTheme="majorHAnsi" w:cstheme="majorHAnsi"/>
          <w:sz w:val="22"/>
          <w:lang w:val="en-GB"/>
        </w:rPr>
        <w:t xml:space="preserve">, supports equality and creates a practical, calm approach to the school day. </w:t>
      </w:r>
      <w:r w:rsidR="00215243" w:rsidRPr="00DD2715">
        <w:rPr>
          <w:rFonts w:asciiTheme="majorHAnsi" w:hAnsiTheme="majorHAnsi" w:cstheme="majorHAnsi"/>
          <w:sz w:val="22"/>
          <w:lang w:val="en-GB"/>
        </w:rPr>
        <w:t>This</w:t>
      </w:r>
      <w:r w:rsidRPr="00DD2715">
        <w:rPr>
          <w:rFonts w:asciiTheme="majorHAnsi" w:hAnsiTheme="majorHAnsi" w:cstheme="majorHAnsi"/>
          <w:sz w:val="22"/>
          <w:lang w:val="en-GB"/>
        </w:rPr>
        <w:t xml:space="preserve"> policy is designed to be affordable, inclusive and easy for families to follow. Cost must never prevent a child from applying to, attending or taking part fully in school.</w:t>
      </w:r>
    </w:p>
    <w:p w14:paraId="5CBA43C7" w14:textId="689430C9" w:rsidR="00E168FA" w:rsidRPr="00DD2715" w:rsidRDefault="00E06D22">
      <w:pPr>
        <w:rPr>
          <w:rFonts w:asciiTheme="majorHAnsi" w:hAnsiTheme="majorHAnsi" w:cstheme="majorHAnsi"/>
          <w:sz w:val="22"/>
          <w:lang w:val="en-GB"/>
        </w:rPr>
      </w:pPr>
      <w:r>
        <w:rPr>
          <w:rFonts w:ascii="Calibri" w:hAnsi="Calibri" w:cs="Calibri"/>
          <w:sz w:val="22"/>
        </w:rPr>
        <w:t>This policy follows Department for Education rules and guidance on keeping school uniform costs affordable, updated in July 2026. It also follows</w:t>
      </w:r>
      <w:r w:rsidRPr="00DD2715">
        <w:rPr>
          <w:rFonts w:asciiTheme="majorHAnsi" w:hAnsiTheme="majorHAnsi" w:cstheme="majorHAnsi"/>
          <w:sz w:val="22"/>
          <w:lang w:val="en-GB"/>
        </w:rPr>
        <w:t xml:space="preserve"> the Equality Act 2010 and </w:t>
      </w:r>
      <w:r>
        <w:rPr>
          <w:rFonts w:ascii="Calibri" w:hAnsi="Calibri" w:cs="Calibri"/>
          <w:sz w:val="22"/>
        </w:rPr>
        <w:t xml:space="preserve">the </w:t>
      </w:r>
      <w:r w:rsidRPr="00DD2715">
        <w:rPr>
          <w:rFonts w:asciiTheme="majorHAnsi" w:hAnsiTheme="majorHAnsi" w:cstheme="majorHAnsi"/>
          <w:sz w:val="22"/>
          <w:lang w:val="en-GB"/>
        </w:rPr>
        <w:t>Human Rights Act 1998.</w:t>
      </w:r>
    </w:p>
    <w:p w14:paraId="70C705E7" w14:textId="77777777" w:rsidR="007F1D0F"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t>Our uniform</w:t>
      </w:r>
    </w:p>
    <w:p w14:paraId="66BEC28B" w14:textId="77777777" w:rsidR="00576505" w:rsidRDefault="00576505" w:rsidP="00576505">
      <w:pPr>
        <w:rPr>
          <w:lang w:val="en-GB"/>
        </w:rPr>
      </w:pPr>
    </w:p>
    <w:p w14:paraId="7AA46359" w14:textId="692CAB1B" w:rsidR="00576505" w:rsidRPr="00576505" w:rsidRDefault="00576505" w:rsidP="00576505">
      <w:pPr>
        <w:rPr>
          <w:rFonts w:ascii="Calibri" w:hAnsi="Calibri" w:cs="Calibri"/>
          <w:sz w:val="22"/>
          <w:lang w:val="en-GB"/>
        </w:rPr>
      </w:pPr>
      <w:r w:rsidRPr="00576505">
        <w:rPr>
          <w:rFonts w:ascii="Calibri" w:hAnsi="Calibri" w:cs="Calibri"/>
          <w:sz w:val="22"/>
          <w:lang w:val="en-GB"/>
        </w:rPr>
        <w:t xml:space="preserve">Our nursery children are invited to wear a </w:t>
      </w:r>
      <w:r w:rsidRPr="00576505">
        <w:rPr>
          <w:rFonts w:ascii="Calibri" w:hAnsi="Calibri" w:cs="Calibri"/>
          <w:sz w:val="22"/>
          <w:lang w:val="en-GB"/>
        </w:rPr>
        <w:t>navy-blue</w:t>
      </w:r>
      <w:r w:rsidRPr="00576505">
        <w:rPr>
          <w:rFonts w:ascii="Calibri" w:hAnsi="Calibri" w:cs="Calibri"/>
          <w:sz w:val="22"/>
          <w:lang w:val="en-GB"/>
        </w:rPr>
        <w:t xml:space="preserve"> polo </w:t>
      </w:r>
      <w:r w:rsidRPr="00576505">
        <w:rPr>
          <w:rFonts w:ascii="Calibri" w:hAnsi="Calibri" w:cs="Calibri"/>
          <w:sz w:val="22"/>
          <w:lang w:val="en-GB"/>
        </w:rPr>
        <w:t>top</w:t>
      </w:r>
      <w:r w:rsidRPr="00576505">
        <w:rPr>
          <w:rFonts w:ascii="Calibri" w:hAnsi="Calibri" w:cs="Calibri"/>
          <w:sz w:val="22"/>
          <w:lang w:val="en-GB"/>
        </w:rPr>
        <w:t xml:space="preserve"> or </w:t>
      </w:r>
      <w:r w:rsidRPr="00576505">
        <w:rPr>
          <w:rFonts w:ascii="Calibri" w:hAnsi="Calibri" w:cs="Calibri"/>
          <w:sz w:val="22"/>
          <w:lang w:val="en-GB"/>
        </w:rPr>
        <w:t>navy-blue</w:t>
      </w:r>
      <w:r w:rsidRPr="00576505">
        <w:rPr>
          <w:rFonts w:ascii="Calibri" w:hAnsi="Calibri" w:cs="Calibri"/>
          <w:sz w:val="22"/>
          <w:lang w:val="en-GB"/>
        </w:rPr>
        <w:t xml:space="preserve"> </w:t>
      </w:r>
      <w:r w:rsidRPr="00576505">
        <w:rPr>
          <w:rFonts w:ascii="Calibri" w:hAnsi="Calibri" w:cs="Calibri"/>
          <w:sz w:val="22"/>
          <w:lang w:val="en-GB"/>
        </w:rPr>
        <w:t>fleece</w:t>
      </w:r>
      <w:r w:rsidRPr="00576505">
        <w:rPr>
          <w:rFonts w:ascii="Calibri" w:hAnsi="Calibri" w:cs="Calibri"/>
          <w:sz w:val="22"/>
          <w:lang w:val="en-GB"/>
        </w:rPr>
        <w:t xml:space="preserve"> with our school logo alongside their own clothes (no dressing up clothes).</w:t>
      </w:r>
    </w:p>
    <w:p w14:paraId="5B5A1131" w14:textId="137BED20" w:rsidR="00576505" w:rsidRPr="00576505" w:rsidRDefault="00576505" w:rsidP="00576505">
      <w:pPr>
        <w:rPr>
          <w:rFonts w:ascii="Calibri" w:hAnsi="Calibri" w:cs="Calibri"/>
          <w:sz w:val="22"/>
          <w:lang w:val="en-GB"/>
        </w:rPr>
      </w:pPr>
      <w:r w:rsidRPr="00576505">
        <w:rPr>
          <w:rFonts w:ascii="Calibri" w:hAnsi="Calibri" w:cs="Calibri"/>
          <w:sz w:val="22"/>
          <w:lang w:val="en-GB"/>
        </w:rPr>
        <w:t>Children must wear safe and sensible footwear to nursery (no open-toe sandals, wellies</w:t>
      </w:r>
      <w:r w:rsidRPr="00576505">
        <w:rPr>
          <w:rFonts w:ascii="Calibri" w:hAnsi="Calibri" w:cs="Calibri"/>
          <w:sz w:val="22"/>
          <w:lang w:val="en-GB"/>
        </w:rPr>
        <w:t xml:space="preserve">, </w:t>
      </w:r>
      <w:r w:rsidRPr="00576505">
        <w:rPr>
          <w:rFonts w:ascii="Calibri" w:hAnsi="Calibri" w:cs="Calibri"/>
          <w:sz w:val="22"/>
          <w:lang w:val="en-GB"/>
        </w:rPr>
        <w:t>crocs or heels).</w:t>
      </w:r>
    </w:p>
    <w:p w14:paraId="3FE23C39" w14:textId="71AD0C96" w:rsidR="00576505" w:rsidRDefault="00576505" w:rsidP="00576505">
      <w:pPr>
        <w:rPr>
          <w:rFonts w:ascii="Calibri" w:hAnsi="Calibri" w:cs="Calibri"/>
          <w:sz w:val="22"/>
          <w:lang w:val="en-GB"/>
        </w:rPr>
      </w:pPr>
      <w:r w:rsidRPr="00576505">
        <w:rPr>
          <w:rFonts w:ascii="Calibri" w:hAnsi="Calibri" w:cs="Calibri"/>
          <w:sz w:val="22"/>
          <w:lang w:val="en-GB"/>
        </w:rPr>
        <w:t xml:space="preserve">Nursery uniform is available from </w:t>
      </w:r>
      <w:hyperlink r:id="rId12" w:history="1">
        <w:proofErr w:type="spellStart"/>
        <w:r w:rsidRPr="00576505">
          <w:rPr>
            <w:rStyle w:val="Hyperlink"/>
            <w:rFonts w:ascii="Calibri" w:hAnsi="Calibri" w:cs="Calibri"/>
            <w:sz w:val="22"/>
            <w:lang w:val="en-GB"/>
          </w:rPr>
          <w:t>SkoolKit</w:t>
        </w:r>
        <w:proofErr w:type="spellEnd"/>
        <w:r w:rsidRPr="00576505">
          <w:rPr>
            <w:rStyle w:val="Hyperlink"/>
            <w:rFonts w:ascii="Calibri" w:hAnsi="Calibri" w:cs="Calibri"/>
            <w:sz w:val="22"/>
            <w:lang w:val="en-GB"/>
          </w:rPr>
          <w:t xml:space="preserve">, </w:t>
        </w:r>
        <w:r w:rsidRPr="00576505">
          <w:rPr>
            <w:rStyle w:val="Hyperlink"/>
            <w:rFonts w:ascii="Calibri" w:hAnsi="Calibri" w:cs="Calibri"/>
            <w:sz w:val="22"/>
            <w:lang w:val="en-GB"/>
          </w:rPr>
          <w:t>20 Endless St</w:t>
        </w:r>
        <w:r w:rsidRPr="00576505">
          <w:rPr>
            <w:rStyle w:val="Hyperlink"/>
            <w:rFonts w:ascii="Calibri" w:hAnsi="Calibri" w:cs="Calibri"/>
            <w:sz w:val="22"/>
            <w:lang w:val="en-GB"/>
          </w:rPr>
          <w:t xml:space="preserve">, </w:t>
        </w:r>
        <w:r w:rsidRPr="00576505">
          <w:rPr>
            <w:rStyle w:val="Hyperlink"/>
            <w:rFonts w:ascii="Calibri" w:hAnsi="Calibri" w:cs="Calibri"/>
            <w:sz w:val="22"/>
            <w:lang w:val="en-GB"/>
          </w:rPr>
          <w:t>Salisbury</w:t>
        </w:r>
        <w:r w:rsidRPr="00576505">
          <w:rPr>
            <w:rStyle w:val="Hyperlink"/>
            <w:rFonts w:ascii="Calibri" w:hAnsi="Calibri" w:cs="Calibri"/>
            <w:sz w:val="22"/>
            <w:lang w:val="en-GB"/>
          </w:rPr>
          <w:t xml:space="preserve">, </w:t>
        </w:r>
        <w:r w:rsidRPr="00576505">
          <w:rPr>
            <w:rStyle w:val="Hyperlink"/>
            <w:rFonts w:ascii="Calibri" w:hAnsi="Calibri" w:cs="Calibri"/>
            <w:sz w:val="22"/>
            <w:lang w:val="en-GB"/>
          </w:rPr>
          <w:t>Wilts., SP1 1DP</w:t>
        </w:r>
      </w:hyperlink>
    </w:p>
    <w:p w14:paraId="321D999F" w14:textId="77777777" w:rsidR="00576505" w:rsidRPr="00576505" w:rsidRDefault="00576505" w:rsidP="00576505">
      <w:pPr>
        <w:rPr>
          <w:rFonts w:ascii="Calibri" w:hAnsi="Calibri" w:cs="Calibri"/>
          <w:sz w:val="22"/>
          <w:lang w:val="en-GB"/>
        </w:rPr>
      </w:pPr>
    </w:p>
    <w:p w14:paraId="1E3A5C3E" w14:textId="6298EAF5" w:rsidR="007F1D0F" w:rsidRPr="00DD2715" w:rsidRDefault="005615A7" w:rsidP="73B3473C">
      <w:pPr>
        <w:rPr>
          <w:rFonts w:asciiTheme="majorHAnsi" w:hAnsiTheme="majorHAnsi" w:cstheme="majorBidi"/>
          <w:sz w:val="22"/>
          <w:lang w:val="en-GB"/>
        </w:rPr>
      </w:pPr>
      <w:r w:rsidRPr="73B3473C">
        <w:rPr>
          <w:rFonts w:asciiTheme="majorHAnsi" w:hAnsiTheme="majorHAnsi" w:cstheme="majorBidi"/>
          <w:sz w:val="22"/>
          <w:lang w:val="en-GB"/>
        </w:rPr>
        <w:t xml:space="preserve">The following requirements apply to children in Reception to Year 6. Families may buy all generic items from any retailer. </w:t>
      </w:r>
      <w:r w:rsidR="00215243" w:rsidRPr="73B3473C">
        <w:rPr>
          <w:rFonts w:asciiTheme="majorHAnsi" w:hAnsiTheme="majorHAnsi" w:cstheme="majorBidi"/>
          <w:sz w:val="22"/>
          <w:lang w:val="en-GB"/>
        </w:rPr>
        <w:t>We only ask that children wear a sweatshirt/jumper/cardigan with the school logo; all other items can be unbranded.</w:t>
      </w:r>
    </w:p>
    <w:tbl>
      <w:tblPr>
        <w:tblW w:w="9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4968"/>
        <w:gridCol w:w="1368"/>
        <w:gridCol w:w="1800"/>
      </w:tblGrid>
      <w:tr w:rsidR="007F1D0F" w:rsidRPr="00DD2715" w14:paraId="6B1893A6" w14:textId="77777777" w:rsidTr="00CF7A8D">
        <w:trPr>
          <w:cantSplit/>
          <w:tblHeader/>
          <w:jc w:val="center"/>
        </w:trPr>
        <w:tc>
          <w:tcPr>
            <w:tcW w:w="1800" w:type="dxa"/>
            <w:tcMar>
              <w:top w:w="110" w:type="dxa"/>
              <w:left w:w="120" w:type="dxa"/>
              <w:bottom w:w="110" w:type="dxa"/>
              <w:right w:w="120" w:type="dxa"/>
            </w:tcMar>
            <w:vAlign w:val="center"/>
          </w:tcPr>
          <w:p w14:paraId="3FF16A99" w14:textId="77777777" w:rsidR="007F1D0F" w:rsidRPr="00DD2715" w:rsidRDefault="005615A7" w:rsidP="73B3473C">
            <w:pPr>
              <w:jc w:val="center"/>
              <w:rPr>
                <w:rFonts w:asciiTheme="majorHAnsi" w:hAnsiTheme="majorHAnsi" w:cstheme="majorBidi"/>
                <w:sz w:val="22"/>
                <w:lang w:val="en-GB"/>
              </w:rPr>
            </w:pPr>
            <w:r w:rsidRPr="73B3473C">
              <w:rPr>
                <w:rFonts w:asciiTheme="majorHAnsi" w:hAnsiTheme="majorHAnsi" w:cstheme="majorBidi"/>
                <w:b/>
                <w:bCs/>
                <w:sz w:val="22"/>
                <w:lang w:val="en-GB"/>
              </w:rPr>
              <w:t>Item</w:t>
            </w:r>
          </w:p>
        </w:tc>
        <w:tc>
          <w:tcPr>
            <w:tcW w:w="4968" w:type="dxa"/>
            <w:tcMar>
              <w:top w:w="110" w:type="dxa"/>
              <w:left w:w="120" w:type="dxa"/>
              <w:bottom w:w="110" w:type="dxa"/>
              <w:right w:w="120" w:type="dxa"/>
            </w:tcMar>
            <w:vAlign w:val="center"/>
          </w:tcPr>
          <w:p w14:paraId="2B9352A4" w14:textId="77777777" w:rsidR="007F1D0F" w:rsidRPr="00DD2715" w:rsidRDefault="005615A7">
            <w:pPr>
              <w:jc w:val="center"/>
              <w:rPr>
                <w:rFonts w:asciiTheme="majorHAnsi" w:hAnsiTheme="majorHAnsi" w:cstheme="majorHAnsi"/>
                <w:sz w:val="22"/>
                <w:lang w:val="en-GB"/>
              </w:rPr>
            </w:pPr>
            <w:r w:rsidRPr="00DD2715">
              <w:rPr>
                <w:rFonts w:asciiTheme="majorHAnsi" w:hAnsiTheme="majorHAnsi" w:cstheme="majorHAnsi"/>
                <w:b/>
                <w:sz w:val="22"/>
                <w:lang w:val="en-GB"/>
              </w:rPr>
              <w:t>Specification</w:t>
            </w:r>
          </w:p>
        </w:tc>
        <w:tc>
          <w:tcPr>
            <w:tcW w:w="1368" w:type="dxa"/>
            <w:tcMar>
              <w:top w:w="110" w:type="dxa"/>
              <w:left w:w="120" w:type="dxa"/>
              <w:bottom w:w="110" w:type="dxa"/>
              <w:right w:w="120" w:type="dxa"/>
            </w:tcMar>
            <w:vAlign w:val="center"/>
          </w:tcPr>
          <w:p w14:paraId="4DD61600" w14:textId="77777777" w:rsidR="007F1D0F" w:rsidRPr="00DD2715" w:rsidRDefault="005615A7">
            <w:pPr>
              <w:jc w:val="center"/>
              <w:rPr>
                <w:rFonts w:asciiTheme="majorHAnsi" w:hAnsiTheme="majorHAnsi" w:cstheme="majorHAnsi"/>
                <w:sz w:val="22"/>
                <w:lang w:val="en-GB"/>
              </w:rPr>
            </w:pPr>
            <w:r w:rsidRPr="00DD2715">
              <w:rPr>
                <w:rFonts w:asciiTheme="majorHAnsi" w:hAnsiTheme="majorHAnsi" w:cstheme="majorHAnsi"/>
                <w:b/>
                <w:sz w:val="22"/>
                <w:lang w:val="en-GB"/>
              </w:rPr>
              <w:t>Status</w:t>
            </w:r>
          </w:p>
        </w:tc>
        <w:tc>
          <w:tcPr>
            <w:tcW w:w="1800" w:type="dxa"/>
            <w:tcMar>
              <w:top w:w="110" w:type="dxa"/>
              <w:left w:w="120" w:type="dxa"/>
              <w:bottom w:w="110" w:type="dxa"/>
              <w:right w:w="120" w:type="dxa"/>
            </w:tcMar>
            <w:vAlign w:val="center"/>
          </w:tcPr>
          <w:p w14:paraId="2916CF39" w14:textId="77777777" w:rsidR="007F1D0F" w:rsidRPr="00DD2715" w:rsidRDefault="005615A7">
            <w:pPr>
              <w:jc w:val="center"/>
              <w:rPr>
                <w:rFonts w:asciiTheme="majorHAnsi" w:hAnsiTheme="majorHAnsi" w:cstheme="majorHAnsi"/>
                <w:sz w:val="22"/>
                <w:lang w:val="en-GB"/>
              </w:rPr>
            </w:pPr>
            <w:r w:rsidRPr="00DD2715">
              <w:rPr>
                <w:rFonts w:asciiTheme="majorHAnsi" w:hAnsiTheme="majorHAnsi" w:cstheme="majorHAnsi"/>
                <w:b/>
                <w:sz w:val="22"/>
                <w:lang w:val="en-GB"/>
              </w:rPr>
              <w:t>Branding</w:t>
            </w:r>
          </w:p>
        </w:tc>
      </w:tr>
      <w:tr w:rsidR="007F1D0F" w:rsidRPr="00DD2715" w14:paraId="6ACD7A8D" w14:textId="77777777" w:rsidTr="00CF7A8D">
        <w:trPr>
          <w:cantSplit/>
          <w:jc w:val="center"/>
        </w:trPr>
        <w:tc>
          <w:tcPr>
            <w:tcW w:w="1800" w:type="dxa"/>
            <w:tcMar>
              <w:top w:w="110" w:type="dxa"/>
              <w:left w:w="120" w:type="dxa"/>
              <w:bottom w:w="110" w:type="dxa"/>
              <w:right w:w="120" w:type="dxa"/>
            </w:tcMar>
            <w:vAlign w:val="center"/>
          </w:tcPr>
          <w:p w14:paraId="28E52E42"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Everyday top</w:t>
            </w:r>
          </w:p>
        </w:tc>
        <w:tc>
          <w:tcPr>
            <w:tcW w:w="4968" w:type="dxa"/>
            <w:tcMar>
              <w:top w:w="110" w:type="dxa"/>
              <w:left w:w="120" w:type="dxa"/>
              <w:bottom w:w="110" w:type="dxa"/>
              <w:right w:w="120" w:type="dxa"/>
            </w:tcMar>
            <w:vAlign w:val="center"/>
          </w:tcPr>
          <w:p w14:paraId="7B2C637A" w14:textId="29A86104" w:rsidR="007F1D0F" w:rsidRPr="00DD2715" w:rsidRDefault="005615A7" w:rsidP="73B3473C">
            <w:pPr>
              <w:spacing w:after="0"/>
              <w:rPr>
                <w:rFonts w:asciiTheme="majorHAnsi" w:hAnsiTheme="majorHAnsi" w:cstheme="majorBidi"/>
                <w:sz w:val="22"/>
                <w:lang w:val="en-GB"/>
              </w:rPr>
            </w:pPr>
            <w:r w:rsidRPr="00CF7A8D">
              <w:rPr>
                <w:rFonts w:asciiTheme="majorHAnsi" w:hAnsiTheme="majorHAnsi" w:cstheme="majorBidi"/>
                <w:b/>
                <w:bCs/>
                <w:sz w:val="22"/>
                <w:lang w:val="en-GB"/>
              </w:rPr>
              <w:t>White</w:t>
            </w:r>
            <w:r w:rsidRPr="73B3473C">
              <w:rPr>
                <w:rFonts w:asciiTheme="majorHAnsi" w:hAnsiTheme="majorHAnsi" w:cstheme="majorBidi"/>
                <w:sz w:val="22"/>
                <w:lang w:val="en-GB"/>
              </w:rPr>
              <w:t xml:space="preserve"> polo </w:t>
            </w:r>
            <w:r w:rsidR="00CF7A8D">
              <w:rPr>
                <w:rFonts w:asciiTheme="majorHAnsi" w:hAnsiTheme="majorHAnsi" w:cstheme="majorBidi"/>
                <w:sz w:val="22"/>
                <w:lang w:val="en-GB"/>
              </w:rPr>
              <w:t>shirt</w:t>
            </w:r>
          </w:p>
        </w:tc>
        <w:tc>
          <w:tcPr>
            <w:tcW w:w="1368" w:type="dxa"/>
            <w:tcMar>
              <w:top w:w="110" w:type="dxa"/>
              <w:left w:w="120" w:type="dxa"/>
              <w:bottom w:w="110" w:type="dxa"/>
              <w:right w:w="120" w:type="dxa"/>
            </w:tcMar>
            <w:vAlign w:val="center"/>
          </w:tcPr>
          <w:p w14:paraId="70F146CA"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c>
          <w:tcPr>
            <w:tcW w:w="1800" w:type="dxa"/>
            <w:tcMar>
              <w:top w:w="110" w:type="dxa"/>
              <w:left w:w="120" w:type="dxa"/>
              <w:bottom w:w="110" w:type="dxa"/>
              <w:right w:w="120" w:type="dxa"/>
            </w:tcMar>
            <w:vAlign w:val="center"/>
          </w:tcPr>
          <w:p w14:paraId="73359CCE" w14:textId="3B9EA78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 xml:space="preserve">Plain </w:t>
            </w:r>
          </w:p>
        </w:tc>
      </w:tr>
      <w:tr w:rsidR="007F1D0F" w:rsidRPr="00DD2715" w14:paraId="0C98AD6C" w14:textId="77777777" w:rsidTr="00CF7A8D">
        <w:trPr>
          <w:cantSplit/>
          <w:jc w:val="center"/>
        </w:trPr>
        <w:tc>
          <w:tcPr>
            <w:tcW w:w="1800" w:type="dxa"/>
            <w:shd w:val="clear" w:color="auto" w:fill="FAFAFA"/>
            <w:tcMar>
              <w:top w:w="110" w:type="dxa"/>
              <w:left w:w="120" w:type="dxa"/>
              <w:bottom w:w="110" w:type="dxa"/>
              <w:right w:w="120" w:type="dxa"/>
            </w:tcMar>
            <w:vAlign w:val="center"/>
          </w:tcPr>
          <w:p w14:paraId="67E36CD4"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Warm layer</w:t>
            </w:r>
          </w:p>
        </w:tc>
        <w:tc>
          <w:tcPr>
            <w:tcW w:w="4968" w:type="dxa"/>
            <w:shd w:val="clear" w:color="auto" w:fill="FAFAFA"/>
            <w:tcMar>
              <w:top w:w="110" w:type="dxa"/>
              <w:left w:w="120" w:type="dxa"/>
              <w:bottom w:w="110" w:type="dxa"/>
              <w:right w:w="120" w:type="dxa"/>
            </w:tcMar>
            <w:vAlign w:val="center"/>
          </w:tcPr>
          <w:p w14:paraId="1AD2F9BA" w14:textId="0F247D13" w:rsidR="007F1D0F" w:rsidRPr="00DD2715" w:rsidRDefault="00CF7A8D" w:rsidP="73B3473C">
            <w:pPr>
              <w:spacing w:after="0"/>
              <w:rPr>
                <w:rFonts w:asciiTheme="majorHAnsi" w:hAnsiTheme="majorHAnsi" w:cstheme="majorBidi"/>
                <w:sz w:val="22"/>
                <w:lang w:val="en-GB"/>
              </w:rPr>
            </w:pPr>
            <w:r w:rsidRPr="00CF7A8D">
              <w:rPr>
                <w:rFonts w:asciiTheme="majorHAnsi" w:hAnsiTheme="majorHAnsi" w:cstheme="majorBidi"/>
                <w:b/>
                <w:bCs/>
                <w:sz w:val="22"/>
                <w:lang w:val="en-GB"/>
              </w:rPr>
              <w:t xml:space="preserve">Navy </w:t>
            </w:r>
            <w:r w:rsidR="591AD631" w:rsidRPr="00CF7A8D">
              <w:rPr>
                <w:rFonts w:asciiTheme="majorHAnsi" w:hAnsiTheme="majorHAnsi" w:cstheme="majorBidi"/>
                <w:b/>
                <w:bCs/>
                <w:sz w:val="22"/>
                <w:lang w:val="en-GB"/>
              </w:rPr>
              <w:t>Blue</w:t>
            </w:r>
            <w:r w:rsidR="005615A7" w:rsidRPr="73B3473C">
              <w:rPr>
                <w:rFonts w:asciiTheme="majorHAnsi" w:hAnsiTheme="majorHAnsi" w:cstheme="majorBidi"/>
                <w:sz w:val="22"/>
                <w:lang w:val="en-GB"/>
              </w:rPr>
              <w:t xml:space="preserve"> sweatshirt, jumper</w:t>
            </w:r>
            <w:r>
              <w:rPr>
                <w:rFonts w:asciiTheme="majorHAnsi" w:hAnsiTheme="majorHAnsi" w:cstheme="majorBidi"/>
                <w:sz w:val="22"/>
                <w:lang w:val="en-GB"/>
              </w:rPr>
              <w:t xml:space="preserve"> or </w:t>
            </w:r>
            <w:r w:rsidR="005615A7" w:rsidRPr="73B3473C">
              <w:rPr>
                <w:rFonts w:asciiTheme="majorHAnsi" w:hAnsiTheme="majorHAnsi" w:cstheme="majorBidi"/>
                <w:sz w:val="22"/>
                <w:lang w:val="en-GB"/>
              </w:rPr>
              <w:t>cardigan</w:t>
            </w:r>
            <w:r w:rsidR="005615A7" w:rsidRPr="73B3473C">
              <w:rPr>
                <w:rFonts w:asciiTheme="majorHAnsi" w:hAnsiTheme="majorHAnsi" w:cstheme="majorBidi"/>
                <w:sz w:val="22"/>
                <w:lang w:val="en-GB"/>
              </w:rPr>
              <w:t xml:space="preserve">. No black </w:t>
            </w:r>
            <w:r>
              <w:rPr>
                <w:rFonts w:asciiTheme="majorHAnsi" w:hAnsiTheme="majorHAnsi" w:cstheme="majorBidi"/>
                <w:sz w:val="22"/>
                <w:lang w:val="en-GB"/>
              </w:rPr>
              <w:t xml:space="preserve">/ branded </w:t>
            </w:r>
            <w:r w:rsidR="005615A7" w:rsidRPr="73B3473C">
              <w:rPr>
                <w:rFonts w:asciiTheme="majorHAnsi" w:hAnsiTheme="majorHAnsi" w:cstheme="majorBidi"/>
                <w:sz w:val="22"/>
                <w:lang w:val="en-GB"/>
              </w:rPr>
              <w:t>hoodies.</w:t>
            </w:r>
          </w:p>
        </w:tc>
        <w:tc>
          <w:tcPr>
            <w:tcW w:w="1368" w:type="dxa"/>
            <w:shd w:val="clear" w:color="auto" w:fill="FAFAFA"/>
            <w:tcMar>
              <w:top w:w="110" w:type="dxa"/>
              <w:left w:w="120" w:type="dxa"/>
              <w:bottom w:w="110" w:type="dxa"/>
              <w:right w:w="120" w:type="dxa"/>
            </w:tcMar>
            <w:vAlign w:val="center"/>
          </w:tcPr>
          <w:p w14:paraId="2AC31FF3"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Required as needed</w:t>
            </w:r>
          </w:p>
        </w:tc>
        <w:tc>
          <w:tcPr>
            <w:tcW w:w="1800" w:type="dxa"/>
            <w:shd w:val="clear" w:color="auto" w:fill="FAFAFA"/>
            <w:tcMar>
              <w:top w:w="110" w:type="dxa"/>
              <w:left w:w="120" w:type="dxa"/>
              <w:bottom w:w="110" w:type="dxa"/>
              <w:right w:w="120" w:type="dxa"/>
            </w:tcMar>
            <w:vAlign w:val="center"/>
          </w:tcPr>
          <w:p w14:paraId="1AAD7CC7" w14:textId="73EF7723" w:rsidR="007F1D0F" w:rsidRPr="00DD2715" w:rsidRDefault="00CF7A8D">
            <w:pPr>
              <w:spacing w:after="0"/>
              <w:rPr>
                <w:rFonts w:asciiTheme="majorHAnsi" w:hAnsiTheme="majorHAnsi" w:cstheme="majorHAnsi"/>
                <w:sz w:val="22"/>
                <w:lang w:val="en-GB"/>
              </w:rPr>
            </w:pPr>
            <w:r>
              <w:rPr>
                <w:rFonts w:asciiTheme="majorHAnsi" w:hAnsiTheme="majorHAnsi" w:cstheme="majorHAnsi"/>
                <w:sz w:val="22"/>
                <w:lang w:val="en-GB"/>
              </w:rPr>
              <w:t>S</w:t>
            </w:r>
            <w:r w:rsidR="005615A7" w:rsidRPr="00DD2715">
              <w:rPr>
                <w:rFonts w:asciiTheme="majorHAnsi" w:hAnsiTheme="majorHAnsi" w:cstheme="majorHAnsi"/>
                <w:sz w:val="22"/>
                <w:lang w:val="en-GB"/>
              </w:rPr>
              <w:t>chool logo</w:t>
            </w:r>
          </w:p>
        </w:tc>
      </w:tr>
      <w:tr w:rsidR="00CF7A8D" w:rsidRPr="00DD2715" w14:paraId="05F6E4BC" w14:textId="77777777" w:rsidTr="00C26A96">
        <w:trPr>
          <w:cantSplit/>
          <w:trHeight w:val="869"/>
          <w:jc w:val="center"/>
        </w:trPr>
        <w:tc>
          <w:tcPr>
            <w:tcW w:w="1800" w:type="dxa"/>
            <w:tcMar>
              <w:top w:w="110" w:type="dxa"/>
              <w:left w:w="120" w:type="dxa"/>
              <w:bottom w:w="110" w:type="dxa"/>
              <w:right w:w="120" w:type="dxa"/>
            </w:tcMar>
            <w:vAlign w:val="center"/>
          </w:tcPr>
          <w:p w14:paraId="5841B484" w14:textId="6FCF2AB7" w:rsidR="00CF7A8D" w:rsidRPr="00DD2715" w:rsidRDefault="00CF7A8D" w:rsidP="0064748C">
            <w:pPr>
              <w:spacing w:after="0"/>
              <w:rPr>
                <w:rFonts w:asciiTheme="majorHAnsi" w:hAnsiTheme="majorHAnsi" w:cstheme="majorHAnsi"/>
                <w:sz w:val="22"/>
                <w:lang w:val="en-GB"/>
              </w:rPr>
            </w:pPr>
            <w:r w:rsidRPr="00DD2715">
              <w:rPr>
                <w:rFonts w:asciiTheme="majorHAnsi" w:hAnsiTheme="majorHAnsi" w:cstheme="majorHAnsi"/>
                <w:sz w:val="22"/>
                <w:lang w:val="en-GB"/>
              </w:rPr>
              <w:t>lower garment</w:t>
            </w:r>
          </w:p>
        </w:tc>
        <w:tc>
          <w:tcPr>
            <w:tcW w:w="4968" w:type="dxa"/>
            <w:tcMar>
              <w:top w:w="110" w:type="dxa"/>
              <w:left w:w="120" w:type="dxa"/>
              <w:bottom w:w="110" w:type="dxa"/>
              <w:right w:w="120" w:type="dxa"/>
            </w:tcMar>
            <w:vAlign w:val="center"/>
          </w:tcPr>
          <w:p w14:paraId="6195466C" w14:textId="77777777" w:rsidR="00CF7A8D" w:rsidRDefault="00CF7A8D" w:rsidP="00AE3622">
            <w:pPr>
              <w:spacing w:after="0"/>
              <w:rPr>
                <w:rFonts w:asciiTheme="majorHAnsi" w:hAnsiTheme="majorHAnsi" w:cstheme="majorHAnsi"/>
                <w:sz w:val="22"/>
                <w:lang w:val="en-GB"/>
              </w:rPr>
            </w:pPr>
            <w:r w:rsidRPr="00DD2715">
              <w:rPr>
                <w:rFonts w:asciiTheme="majorHAnsi" w:hAnsiTheme="majorHAnsi" w:cstheme="majorHAnsi"/>
                <w:sz w:val="22"/>
                <w:lang w:val="en-GB"/>
              </w:rPr>
              <w:t>Black or dark grey smart trousers, shorts, skirt or pinafore.</w:t>
            </w:r>
          </w:p>
          <w:p w14:paraId="6BB71334" w14:textId="4B310BC4" w:rsidR="00CF7A8D" w:rsidRPr="00DD2715" w:rsidRDefault="00CF7A8D" w:rsidP="00AE3622">
            <w:pPr>
              <w:spacing w:after="0"/>
              <w:rPr>
                <w:rFonts w:asciiTheme="majorHAnsi" w:hAnsiTheme="majorHAnsi" w:cstheme="majorHAnsi"/>
                <w:sz w:val="22"/>
                <w:lang w:val="en-GB"/>
              </w:rPr>
            </w:pPr>
            <w:r w:rsidRPr="00DD2715">
              <w:rPr>
                <w:rFonts w:asciiTheme="majorHAnsi" w:hAnsiTheme="majorHAnsi" w:cstheme="majorHAnsi"/>
                <w:sz w:val="22"/>
                <w:lang w:val="en-GB"/>
              </w:rPr>
              <w:t xml:space="preserve"> </w:t>
            </w:r>
            <w:r w:rsidRPr="00CF7A8D">
              <w:rPr>
                <w:rFonts w:asciiTheme="majorHAnsi" w:hAnsiTheme="majorHAnsi" w:cstheme="majorHAnsi"/>
                <w:b/>
                <w:bCs/>
                <w:sz w:val="20"/>
                <w:szCs w:val="20"/>
                <w:lang w:val="en-GB"/>
              </w:rPr>
              <w:t xml:space="preserve">Joggers and sports leggings are not </w:t>
            </w:r>
            <w:proofErr w:type="gramStart"/>
            <w:r w:rsidRPr="00CF7A8D">
              <w:rPr>
                <w:rFonts w:asciiTheme="majorHAnsi" w:hAnsiTheme="majorHAnsi" w:cstheme="majorHAnsi"/>
                <w:b/>
                <w:bCs/>
                <w:sz w:val="20"/>
                <w:szCs w:val="20"/>
                <w:lang w:val="en-GB"/>
              </w:rPr>
              <w:t>every day</w:t>
            </w:r>
            <w:proofErr w:type="gramEnd"/>
            <w:r w:rsidRPr="00CF7A8D">
              <w:rPr>
                <w:rFonts w:asciiTheme="majorHAnsi" w:hAnsiTheme="majorHAnsi" w:cstheme="majorHAnsi"/>
                <w:b/>
                <w:bCs/>
                <w:sz w:val="20"/>
                <w:szCs w:val="20"/>
                <w:lang w:val="en-GB"/>
              </w:rPr>
              <w:t xml:space="preserve"> uniform.</w:t>
            </w:r>
          </w:p>
        </w:tc>
        <w:tc>
          <w:tcPr>
            <w:tcW w:w="1368" w:type="dxa"/>
            <w:tcMar>
              <w:top w:w="110" w:type="dxa"/>
              <w:left w:w="120" w:type="dxa"/>
              <w:bottom w:w="110" w:type="dxa"/>
              <w:right w:w="120" w:type="dxa"/>
            </w:tcMar>
            <w:vAlign w:val="center"/>
          </w:tcPr>
          <w:p w14:paraId="69689744" w14:textId="281E99DF" w:rsidR="00CF7A8D" w:rsidRPr="00DD2715" w:rsidRDefault="00CF7A8D" w:rsidP="008A67B4">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c>
          <w:tcPr>
            <w:tcW w:w="1800" w:type="dxa"/>
            <w:tcMar>
              <w:top w:w="110" w:type="dxa"/>
              <w:left w:w="120" w:type="dxa"/>
              <w:bottom w:w="110" w:type="dxa"/>
              <w:right w:w="120" w:type="dxa"/>
            </w:tcMar>
            <w:vAlign w:val="center"/>
          </w:tcPr>
          <w:p w14:paraId="6C8002C3" w14:textId="11A01077" w:rsidR="00CF7A8D" w:rsidRPr="00DD2715" w:rsidRDefault="00CF7A8D" w:rsidP="00C26A96">
            <w:pPr>
              <w:spacing w:after="0"/>
              <w:rPr>
                <w:rFonts w:asciiTheme="majorHAnsi" w:hAnsiTheme="majorHAnsi" w:cstheme="majorHAnsi"/>
                <w:sz w:val="22"/>
                <w:lang w:val="en-GB"/>
              </w:rPr>
            </w:pPr>
            <w:r w:rsidRPr="00DD2715">
              <w:rPr>
                <w:rFonts w:asciiTheme="majorHAnsi" w:hAnsiTheme="majorHAnsi" w:cstheme="majorHAnsi"/>
                <w:sz w:val="22"/>
                <w:lang w:val="en-GB"/>
              </w:rPr>
              <w:t>Generic</w:t>
            </w:r>
          </w:p>
        </w:tc>
      </w:tr>
      <w:tr w:rsidR="007F1D0F" w:rsidRPr="00DD2715" w14:paraId="23D9032D" w14:textId="77777777" w:rsidTr="00CF7A8D">
        <w:trPr>
          <w:cantSplit/>
          <w:jc w:val="center"/>
        </w:trPr>
        <w:tc>
          <w:tcPr>
            <w:tcW w:w="1800" w:type="dxa"/>
            <w:tcMar>
              <w:top w:w="110" w:type="dxa"/>
              <w:left w:w="120" w:type="dxa"/>
              <w:bottom w:w="110" w:type="dxa"/>
              <w:right w:w="120" w:type="dxa"/>
            </w:tcMar>
            <w:vAlign w:val="center"/>
          </w:tcPr>
          <w:p w14:paraId="1AA556D2"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Footwear</w:t>
            </w:r>
          </w:p>
        </w:tc>
        <w:tc>
          <w:tcPr>
            <w:tcW w:w="4968" w:type="dxa"/>
            <w:tcMar>
              <w:top w:w="110" w:type="dxa"/>
              <w:left w:w="120" w:type="dxa"/>
              <w:bottom w:w="110" w:type="dxa"/>
              <w:right w:w="120" w:type="dxa"/>
            </w:tcMar>
            <w:vAlign w:val="center"/>
          </w:tcPr>
          <w:p w14:paraId="21028941" w14:textId="77777777" w:rsidR="007F1D0F" w:rsidRDefault="005615A7">
            <w:pPr>
              <w:spacing w:after="0"/>
              <w:rPr>
                <w:rFonts w:asciiTheme="majorHAnsi" w:hAnsiTheme="majorHAnsi" w:cstheme="majorHAnsi"/>
                <w:sz w:val="22"/>
                <w:lang w:val="en-GB"/>
              </w:rPr>
            </w:pPr>
            <w:r w:rsidRPr="00CF7A8D">
              <w:rPr>
                <w:rFonts w:asciiTheme="majorHAnsi" w:hAnsiTheme="majorHAnsi" w:cstheme="majorHAnsi"/>
                <w:b/>
                <w:bCs/>
                <w:sz w:val="22"/>
                <w:lang w:val="en-GB"/>
              </w:rPr>
              <w:t>Plain black,</w:t>
            </w:r>
            <w:r w:rsidRPr="00DD2715">
              <w:rPr>
                <w:rFonts w:asciiTheme="majorHAnsi" w:hAnsiTheme="majorHAnsi" w:cstheme="majorHAnsi"/>
                <w:sz w:val="22"/>
                <w:lang w:val="en-GB"/>
              </w:rPr>
              <w:t xml:space="preserve"> safe, closed-toe school shoes.</w:t>
            </w:r>
            <w:r w:rsidR="00CF7A8D">
              <w:rPr>
                <w:rFonts w:asciiTheme="majorHAnsi" w:hAnsiTheme="majorHAnsi" w:cstheme="majorHAnsi"/>
                <w:sz w:val="22"/>
                <w:lang w:val="en-GB"/>
              </w:rPr>
              <w:t xml:space="preserve"> </w:t>
            </w:r>
          </w:p>
          <w:p w14:paraId="54007DFF" w14:textId="50B6F79F" w:rsidR="00DD17B0" w:rsidRPr="00DD17B0" w:rsidRDefault="00DD17B0" w:rsidP="00DD17B0">
            <w:pPr>
              <w:spacing w:after="0"/>
              <w:jc w:val="center"/>
              <w:rPr>
                <w:rFonts w:ascii="Calibri" w:hAnsi="Calibri" w:cs="Calibri"/>
                <w:b/>
                <w:bCs/>
                <w:sz w:val="22"/>
                <w:lang w:val="en-GB"/>
              </w:rPr>
            </w:pPr>
            <w:r w:rsidRPr="00DD17B0">
              <w:rPr>
                <w:rFonts w:ascii="Calibri" w:hAnsi="Calibri" w:cs="Calibri"/>
                <w:b/>
                <w:bCs/>
                <w:sz w:val="20"/>
                <w:szCs w:val="21"/>
              </w:rPr>
              <w:t xml:space="preserve">No </w:t>
            </w:r>
            <w:r w:rsidRPr="00DD17B0">
              <w:rPr>
                <w:rFonts w:ascii="Calibri" w:hAnsi="Calibri" w:cs="Calibri"/>
                <w:b/>
                <w:bCs/>
                <w:sz w:val="20"/>
                <w:szCs w:val="21"/>
              </w:rPr>
              <w:t>colored</w:t>
            </w:r>
            <w:r w:rsidRPr="00DD17B0">
              <w:rPr>
                <w:rFonts w:ascii="Calibri" w:hAnsi="Calibri" w:cs="Calibri"/>
                <w:b/>
                <w:bCs/>
                <w:sz w:val="20"/>
                <w:szCs w:val="21"/>
              </w:rPr>
              <w:t xml:space="preserve"> or prominent branding.</w:t>
            </w:r>
          </w:p>
        </w:tc>
        <w:tc>
          <w:tcPr>
            <w:tcW w:w="1368" w:type="dxa"/>
            <w:tcMar>
              <w:top w:w="110" w:type="dxa"/>
              <w:left w:w="120" w:type="dxa"/>
              <w:bottom w:w="110" w:type="dxa"/>
              <w:right w:w="120" w:type="dxa"/>
            </w:tcMar>
            <w:vAlign w:val="center"/>
          </w:tcPr>
          <w:p w14:paraId="31EE72F5"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c>
          <w:tcPr>
            <w:tcW w:w="1800" w:type="dxa"/>
            <w:tcMar>
              <w:top w:w="110" w:type="dxa"/>
              <w:left w:w="120" w:type="dxa"/>
              <w:bottom w:w="110" w:type="dxa"/>
              <w:right w:w="120" w:type="dxa"/>
            </w:tcMar>
            <w:vAlign w:val="center"/>
          </w:tcPr>
          <w:p w14:paraId="23BCFA3F"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Generic</w:t>
            </w:r>
          </w:p>
        </w:tc>
      </w:tr>
      <w:tr w:rsidR="007F1D0F" w:rsidRPr="00DD2715" w14:paraId="4EABE5F9" w14:textId="77777777" w:rsidTr="00CF7A8D">
        <w:trPr>
          <w:cantSplit/>
          <w:jc w:val="center"/>
        </w:trPr>
        <w:tc>
          <w:tcPr>
            <w:tcW w:w="1800" w:type="dxa"/>
            <w:shd w:val="clear" w:color="auto" w:fill="FAFAFA"/>
            <w:tcMar>
              <w:top w:w="110" w:type="dxa"/>
              <w:left w:w="120" w:type="dxa"/>
              <w:bottom w:w="110" w:type="dxa"/>
              <w:right w:w="120" w:type="dxa"/>
            </w:tcMar>
            <w:vAlign w:val="center"/>
          </w:tcPr>
          <w:p w14:paraId="575BA957"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Summer option</w:t>
            </w:r>
          </w:p>
        </w:tc>
        <w:tc>
          <w:tcPr>
            <w:tcW w:w="4968" w:type="dxa"/>
            <w:shd w:val="clear" w:color="auto" w:fill="FAFAFA"/>
            <w:tcMar>
              <w:top w:w="110" w:type="dxa"/>
              <w:left w:w="120" w:type="dxa"/>
              <w:bottom w:w="110" w:type="dxa"/>
              <w:right w:w="120" w:type="dxa"/>
            </w:tcMar>
            <w:vAlign w:val="center"/>
          </w:tcPr>
          <w:p w14:paraId="727C6032" w14:textId="0894B4CC" w:rsidR="007F1D0F" w:rsidRPr="00DD2715" w:rsidRDefault="383B8722" w:rsidP="73B3473C">
            <w:pPr>
              <w:spacing w:after="0"/>
              <w:rPr>
                <w:rFonts w:asciiTheme="majorHAnsi" w:hAnsiTheme="majorHAnsi" w:cstheme="majorBidi"/>
                <w:sz w:val="22"/>
                <w:lang w:val="en-GB"/>
              </w:rPr>
            </w:pPr>
            <w:r w:rsidRPr="73B3473C">
              <w:rPr>
                <w:rFonts w:asciiTheme="majorHAnsi" w:hAnsiTheme="majorHAnsi" w:cstheme="majorBidi"/>
                <w:sz w:val="22"/>
                <w:lang w:val="en-GB"/>
              </w:rPr>
              <w:t>Blue</w:t>
            </w:r>
            <w:r w:rsidR="005615A7" w:rsidRPr="73B3473C">
              <w:rPr>
                <w:rFonts w:asciiTheme="majorHAnsi" w:hAnsiTheme="majorHAnsi" w:cstheme="majorBidi"/>
                <w:sz w:val="22"/>
                <w:lang w:val="en-GB"/>
              </w:rPr>
              <w:t xml:space="preserve"> and white checked summer dress.</w:t>
            </w:r>
          </w:p>
        </w:tc>
        <w:tc>
          <w:tcPr>
            <w:tcW w:w="1368" w:type="dxa"/>
            <w:shd w:val="clear" w:color="auto" w:fill="FAFAFA"/>
            <w:tcMar>
              <w:top w:w="110" w:type="dxa"/>
              <w:left w:w="120" w:type="dxa"/>
              <w:bottom w:w="110" w:type="dxa"/>
              <w:right w:w="120" w:type="dxa"/>
            </w:tcMar>
            <w:vAlign w:val="center"/>
          </w:tcPr>
          <w:p w14:paraId="28834617"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Optional</w:t>
            </w:r>
          </w:p>
        </w:tc>
        <w:tc>
          <w:tcPr>
            <w:tcW w:w="1800" w:type="dxa"/>
            <w:shd w:val="clear" w:color="auto" w:fill="FAFAFA"/>
            <w:tcMar>
              <w:top w:w="110" w:type="dxa"/>
              <w:left w:w="120" w:type="dxa"/>
              <w:bottom w:w="110" w:type="dxa"/>
              <w:right w:w="120" w:type="dxa"/>
            </w:tcMar>
            <w:vAlign w:val="center"/>
          </w:tcPr>
          <w:p w14:paraId="4F24B7CC"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Generic</w:t>
            </w:r>
          </w:p>
        </w:tc>
      </w:tr>
      <w:tr w:rsidR="007F1D0F" w:rsidRPr="00DD2715" w14:paraId="6F16B20E" w14:textId="77777777" w:rsidTr="00CF7A8D">
        <w:trPr>
          <w:cantSplit/>
          <w:jc w:val="center"/>
        </w:trPr>
        <w:tc>
          <w:tcPr>
            <w:tcW w:w="1800" w:type="dxa"/>
            <w:tcMar>
              <w:top w:w="110" w:type="dxa"/>
              <w:left w:w="120" w:type="dxa"/>
              <w:bottom w:w="110" w:type="dxa"/>
              <w:right w:w="120" w:type="dxa"/>
            </w:tcMar>
            <w:vAlign w:val="center"/>
          </w:tcPr>
          <w:p w14:paraId="33A26BA2"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Outdoor clothing</w:t>
            </w:r>
          </w:p>
        </w:tc>
        <w:tc>
          <w:tcPr>
            <w:tcW w:w="4968" w:type="dxa"/>
            <w:tcMar>
              <w:top w:w="110" w:type="dxa"/>
              <w:left w:w="120" w:type="dxa"/>
              <w:bottom w:w="110" w:type="dxa"/>
              <w:right w:w="120" w:type="dxa"/>
            </w:tcMar>
            <w:vAlign w:val="center"/>
          </w:tcPr>
          <w:p w14:paraId="7907E816"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A practical coat suitable for the weather.</w:t>
            </w:r>
          </w:p>
        </w:tc>
        <w:tc>
          <w:tcPr>
            <w:tcW w:w="1368" w:type="dxa"/>
            <w:tcMar>
              <w:top w:w="110" w:type="dxa"/>
              <w:left w:w="120" w:type="dxa"/>
              <w:bottom w:w="110" w:type="dxa"/>
              <w:right w:w="120" w:type="dxa"/>
            </w:tcMar>
            <w:vAlign w:val="center"/>
          </w:tcPr>
          <w:p w14:paraId="3F5F83B6"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Required as needed</w:t>
            </w:r>
          </w:p>
        </w:tc>
        <w:tc>
          <w:tcPr>
            <w:tcW w:w="1800" w:type="dxa"/>
            <w:tcMar>
              <w:top w:w="110" w:type="dxa"/>
              <w:left w:w="120" w:type="dxa"/>
              <w:bottom w:w="110" w:type="dxa"/>
              <w:right w:w="120" w:type="dxa"/>
            </w:tcMar>
            <w:vAlign w:val="center"/>
          </w:tcPr>
          <w:p w14:paraId="4E4CB05D" w14:textId="77777777" w:rsidR="007F1D0F" w:rsidRPr="00DD2715" w:rsidRDefault="005615A7" w:rsidP="73B3473C">
            <w:pPr>
              <w:spacing w:after="0"/>
              <w:rPr>
                <w:rFonts w:asciiTheme="majorHAnsi" w:hAnsiTheme="majorHAnsi" w:cstheme="majorBidi"/>
                <w:sz w:val="22"/>
                <w:lang w:val="en-GB"/>
              </w:rPr>
            </w:pPr>
            <w:r w:rsidRPr="73B3473C">
              <w:rPr>
                <w:rFonts w:asciiTheme="majorHAnsi" w:hAnsiTheme="majorHAnsi" w:cstheme="majorBidi"/>
                <w:sz w:val="22"/>
                <w:lang w:val="en-GB"/>
              </w:rPr>
              <w:t>Generic; any safe, sensible colour</w:t>
            </w:r>
          </w:p>
        </w:tc>
      </w:tr>
    </w:tbl>
    <w:p w14:paraId="54B9ADDC" w14:textId="77777777" w:rsidR="007F1D0F" w:rsidRPr="00DD2715"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t>PE kit</w:t>
      </w:r>
    </w:p>
    <w:p w14:paraId="724FA49D" w14:textId="2D4EE2CD" w:rsidR="007F1D0F" w:rsidRPr="00DD2715" w:rsidRDefault="00A07033" w:rsidP="73B3473C">
      <w:pPr>
        <w:rPr>
          <w:rFonts w:asciiTheme="majorHAnsi" w:hAnsiTheme="majorHAnsi" w:cstheme="majorBidi"/>
          <w:sz w:val="22"/>
          <w:lang w:val="en-GB"/>
        </w:rPr>
      </w:pPr>
      <w:r w:rsidRPr="73B3473C">
        <w:rPr>
          <w:rFonts w:asciiTheme="majorHAnsi" w:hAnsiTheme="majorHAnsi" w:cstheme="majorBidi"/>
          <w:sz w:val="22"/>
          <w:lang w:val="en-GB"/>
        </w:rPr>
        <w:t>Children wear their PE kit to school on their allocated PE days.</w:t>
      </w:r>
      <w:r w:rsidR="02535F1D" w:rsidRPr="73B3473C">
        <w:rPr>
          <w:rFonts w:asciiTheme="majorHAnsi" w:hAnsiTheme="majorHAnsi" w:cstheme="majorBidi"/>
          <w:sz w:val="22"/>
          <w:lang w:val="en-GB"/>
        </w:rPr>
        <w:t xml:space="preserve"> </w:t>
      </w:r>
      <w:r w:rsidRPr="73B3473C">
        <w:rPr>
          <w:rFonts w:asciiTheme="majorHAnsi" w:hAnsiTheme="majorHAnsi" w:cstheme="majorBidi"/>
          <w:sz w:val="22"/>
          <w:lang w:val="en-GB"/>
        </w:rPr>
        <w:t>All items may be purchased from any retailer and must be comfortable and suitable for physical activity.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6624"/>
        <w:gridCol w:w="1440"/>
      </w:tblGrid>
      <w:tr w:rsidR="007F1D0F" w:rsidRPr="00DD2715" w14:paraId="63711082" w14:textId="77777777" w:rsidTr="73B3473C">
        <w:trPr>
          <w:cantSplit/>
          <w:tblHeader/>
          <w:jc w:val="center"/>
        </w:trPr>
        <w:tc>
          <w:tcPr>
            <w:tcW w:w="1872" w:type="dxa"/>
            <w:tcMar>
              <w:top w:w="110" w:type="dxa"/>
              <w:left w:w="120" w:type="dxa"/>
              <w:bottom w:w="110" w:type="dxa"/>
              <w:right w:w="120" w:type="dxa"/>
            </w:tcMar>
            <w:vAlign w:val="center"/>
          </w:tcPr>
          <w:p w14:paraId="746B171D" w14:textId="41703C09" w:rsidR="007F1D0F" w:rsidRPr="00DD2715" w:rsidRDefault="40FD2A3F" w:rsidP="73B3473C">
            <w:pPr>
              <w:jc w:val="center"/>
              <w:rPr>
                <w:rFonts w:asciiTheme="majorHAnsi" w:hAnsiTheme="majorHAnsi" w:cstheme="majorBidi"/>
                <w:sz w:val="22"/>
                <w:lang w:val="en-GB"/>
              </w:rPr>
            </w:pPr>
            <w:r w:rsidRPr="73B3473C">
              <w:rPr>
                <w:rFonts w:asciiTheme="majorHAnsi" w:hAnsiTheme="majorHAnsi" w:cstheme="majorBidi"/>
                <w:b/>
                <w:bCs/>
                <w:sz w:val="22"/>
                <w:lang w:val="en-GB"/>
              </w:rPr>
              <w:t>T</w:t>
            </w:r>
            <w:r w:rsidR="005615A7" w:rsidRPr="73B3473C">
              <w:rPr>
                <w:rFonts w:asciiTheme="majorHAnsi" w:hAnsiTheme="majorHAnsi" w:cstheme="majorBidi"/>
                <w:b/>
                <w:bCs/>
                <w:sz w:val="22"/>
                <w:lang w:val="en-GB"/>
              </w:rPr>
              <w:t>e</w:t>
            </w:r>
            <w:r w:rsidR="31BE0038" w:rsidRPr="73B3473C">
              <w:rPr>
                <w:rFonts w:asciiTheme="majorHAnsi" w:hAnsiTheme="majorHAnsi" w:cstheme="majorBidi"/>
                <w:b/>
                <w:bCs/>
                <w:sz w:val="22"/>
                <w:lang w:val="en-GB"/>
              </w:rPr>
              <w:t>r</w:t>
            </w:r>
            <w:r w:rsidR="005615A7" w:rsidRPr="73B3473C">
              <w:rPr>
                <w:rFonts w:asciiTheme="majorHAnsi" w:hAnsiTheme="majorHAnsi" w:cstheme="majorBidi"/>
                <w:b/>
                <w:bCs/>
                <w:sz w:val="22"/>
                <w:lang w:val="en-GB"/>
              </w:rPr>
              <w:t>m</w:t>
            </w:r>
          </w:p>
        </w:tc>
        <w:tc>
          <w:tcPr>
            <w:tcW w:w="6624" w:type="dxa"/>
            <w:tcMar>
              <w:top w:w="110" w:type="dxa"/>
              <w:left w:w="120" w:type="dxa"/>
              <w:bottom w:w="110" w:type="dxa"/>
              <w:right w:w="120" w:type="dxa"/>
            </w:tcMar>
            <w:vAlign w:val="center"/>
          </w:tcPr>
          <w:p w14:paraId="4B62ABF2" w14:textId="77777777" w:rsidR="007F1D0F" w:rsidRPr="00DD2715" w:rsidRDefault="005615A7">
            <w:pPr>
              <w:jc w:val="center"/>
              <w:rPr>
                <w:rFonts w:asciiTheme="majorHAnsi" w:hAnsiTheme="majorHAnsi" w:cstheme="majorHAnsi"/>
                <w:sz w:val="22"/>
                <w:lang w:val="en-GB"/>
              </w:rPr>
            </w:pPr>
            <w:r w:rsidRPr="00DD2715">
              <w:rPr>
                <w:rFonts w:asciiTheme="majorHAnsi" w:hAnsiTheme="majorHAnsi" w:cstheme="majorHAnsi"/>
                <w:b/>
                <w:sz w:val="22"/>
                <w:lang w:val="en-GB"/>
              </w:rPr>
              <w:t>Specification</w:t>
            </w:r>
          </w:p>
        </w:tc>
        <w:tc>
          <w:tcPr>
            <w:tcW w:w="1440" w:type="dxa"/>
            <w:tcMar>
              <w:top w:w="110" w:type="dxa"/>
              <w:left w:w="120" w:type="dxa"/>
              <w:bottom w:w="110" w:type="dxa"/>
              <w:right w:w="120" w:type="dxa"/>
            </w:tcMar>
            <w:vAlign w:val="center"/>
          </w:tcPr>
          <w:p w14:paraId="236B38DC" w14:textId="77777777" w:rsidR="007F1D0F" w:rsidRPr="00DD2715" w:rsidRDefault="005615A7">
            <w:pPr>
              <w:jc w:val="center"/>
              <w:rPr>
                <w:rFonts w:asciiTheme="majorHAnsi" w:hAnsiTheme="majorHAnsi" w:cstheme="majorHAnsi"/>
                <w:sz w:val="22"/>
                <w:lang w:val="en-GB"/>
              </w:rPr>
            </w:pPr>
            <w:r w:rsidRPr="00DD2715">
              <w:rPr>
                <w:rFonts w:asciiTheme="majorHAnsi" w:hAnsiTheme="majorHAnsi" w:cstheme="majorHAnsi"/>
                <w:b/>
                <w:sz w:val="22"/>
                <w:lang w:val="en-GB"/>
              </w:rPr>
              <w:t>Status</w:t>
            </w:r>
          </w:p>
        </w:tc>
      </w:tr>
      <w:tr w:rsidR="007F1D0F" w:rsidRPr="00DD2715" w14:paraId="7FA9588B" w14:textId="77777777" w:rsidTr="73B3473C">
        <w:trPr>
          <w:cantSplit/>
          <w:jc w:val="center"/>
        </w:trPr>
        <w:tc>
          <w:tcPr>
            <w:tcW w:w="1872" w:type="dxa"/>
            <w:tcMar>
              <w:top w:w="110" w:type="dxa"/>
              <w:left w:w="120" w:type="dxa"/>
              <w:bottom w:w="110" w:type="dxa"/>
              <w:right w:w="120" w:type="dxa"/>
            </w:tcMar>
            <w:vAlign w:val="center"/>
          </w:tcPr>
          <w:p w14:paraId="03933B19"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Top</w:t>
            </w:r>
          </w:p>
        </w:tc>
        <w:tc>
          <w:tcPr>
            <w:tcW w:w="6624" w:type="dxa"/>
            <w:tcMar>
              <w:top w:w="110" w:type="dxa"/>
              <w:left w:w="120" w:type="dxa"/>
              <w:bottom w:w="110" w:type="dxa"/>
              <w:right w:w="120" w:type="dxa"/>
            </w:tcMar>
            <w:vAlign w:val="center"/>
          </w:tcPr>
          <w:p w14:paraId="424EE8D3" w14:textId="16BD2CC9" w:rsidR="007F1D0F" w:rsidRPr="00DD2715" w:rsidRDefault="005615A7" w:rsidP="73B3473C">
            <w:pPr>
              <w:spacing w:after="0"/>
              <w:rPr>
                <w:rFonts w:asciiTheme="majorHAnsi" w:hAnsiTheme="majorHAnsi" w:cstheme="majorBidi"/>
                <w:sz w:val="22"/>
                <w:lang w:val="en-GB"/>
              </w:rPr>
            </w:pPr>
            <w:r w:rsidRPr="73B3473C">
              <w:rPr>
                <w:rFonts w:asciiTheme="majorHAnsi" w:hAnsiTheme="majorHAnsi" w:cstheme="majorBidi"/>
                <w:sz w:val="22"/>
                <w:lang w:val="en-GB"/>
              </w:rPr>
              <w:t xml:space="preserve">Plain </w:t>
            </w:r>
            <w:proofErr w:type="gramStart"/>
            <w:r w:rsidR="00DD17B0">
              <w:rPr>
                <w:rFonts w:asciiTheme="majorHAnsi" w:hAnsiTheme="majorHAnsi" w:cstheme="majorBidi"/>
                <w:sz w:val="22"/>
                <w:lang w:val="en-GB"/>
              </w:rPr>
              <w:t>Navy</w:t>
            </w:r>
            <w:r w:rsidRPr="73B3473C">
              <w:rPr>
                <w:rFonts w:asciiTheme="majorHAnsi" w:hAnsiTheme="majorHAnsi" w:cstheme="majorBidi"/>
                <w:sz w:val="22"/>
                <w:lang w:val="en-GB"/>
              </w:rPr>
              <w:t xml:space="preserve"> </w:t>
            </w:r>
            <w:r w:rsidR="00DD17B0">
              <w:rPr>
                <w:rFonts w:asciiTheme="majorHAnsi" w:hAnsiTheme="majorHAnsi" w:cstheme="majorBidi"/>
                <w:sz w:val="22"/>
                <w:lang w:val="en-GB"/>
              </w:rPr>
              <w:t>blue</w:t>
            </w:r>
            <w:proofErr w:type="gramEnd"/>
            <w:r w:rsidR="00DD17B0">
              <w:rPr>
                <w:rFonts w:asciiTheme="majorHAnsi" w:hAnsiTheme="majorHAnsi" w:cstheme="majorBidi"/>
                <w:sz w:val="22"/>
                <w:lang w:val="en-GB"/>
              </w:rPr>
              <w:t xml:space="preserve"> </w:t>
            </w:r>
            <w:r w:rsidRPr="73B3473C">
              <w:rPr>
                <w:rFonts w:asciiTheme="majorHAnsi" w:hAnsiTheme="majorHAnsi" w:cstheme="majorBidi"/>
                <w:sz w:val="22"/>
                <w:lang w:val="en-GB"/>
              </w:rPr>
              <w:t>T-shirt</w:t>
            </w:r>
            <w:r w:rsidR="63DE010D" w:rsidRPr="73B3473C">
              <w:rPr>
                <w:rFonts w:asciiTheme="majorHAnsi" w:hAnsiTheme="majorHAnsi" w:cstheme="majorBidi"/>
                <w:sz w:val="22"/>
                <w:lang w:val="en-GB"/>
              </w:rPr>
              <w:t xml:space="preserve"> or school logo</w:t>
            </w:r>
          </w:p>
        </w:tc>
        <w:tc>
          <w:tcPr>
            <w:tcW w:w="1440" w:type="dxa"/>
            <w:tcMar>
              <w:top w:w="110" w:type="dxa"/>
              <w:left w:w="120" w:type="dxa"/>
              <w:bottom w:w="110" w:type="dxa"/>
              <w:right w:w="120" w:type="dxa"/>
            </w:tcMar>
            <w:vAlign w:val="center"/>
          </w:tcPr>
          <w:p w14:paraId="6846D013"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r>
      <w:tr w:rsidR="007F1D0F" w:rsidRPr="00DD2715" w14:paraId="71397815" w14:textId="77777777" w:rsidTr="73B3473C">
        <w:trPr>
          <w:cantSplit/>
          <w:jc w:val="center"/>
        </w:trPr>
        <w:tc>
          <w:tcPr>
            <w:tcW w:w="1872" w:type="dxa"/>
            <w:tcMar>
              <w:top w:w="110" w:type="dxa"/>
              <w:left w:w="120" w:type="dxa"/>
              <w:bottom w:w="110" w:type="dxa"/>
              <w:right w:w="120" w:type="dxa"/>
            </w:tcMar>
            <w:vAlign w:val="center"/>
          </w:tcPr>
          <w:p w14:paraId="1EB6BF10"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Lower garment</w:t>
            </w:r>
          </w:p>
        </w:tc>
        <w:tc>
          <w:tcPr>
            <w:tcW w:w="6624" w:type="dxa"/>
            <w:tcMar>
              <w:top w:w="110" w:type="dxa"/>
              <w:left w:w="120" w:type="dxa"/>
              <w:bottom w:w="110" w:type="dxa"/>
              <w:right w:w="120" w:type="dxa"/>
            </w:tcMar>
            <w:vAlign w:val="center"/>
          </w:tcPr>
          <w:p w14:paraId="63CC984F" w14:textId="2E79645E" w:rsidR="007F1D0F" w:rsidRPr="00DD2715" w:rsidRDefault="005615A7" w:rsidP="73B3473C">
            <w:pPr>
              <w:spacing w:after="0"/>
              <w:rPr>
                <w:rFonts w:asciiTheme="majorHAnsi" w:hAnsiTheme="majorHAnsi" w:cstheme="majorBidi"/>
                <w:sz w:val="22"/>
                <w:lang w:val="en-GB"/>
              </w:rPr>
            </w:pPr>
            <w:r w:rsidRPr="73B3473C">
              <w:rPr>
                <w:rFonts w:asciiTheme="majorHAnsi" w:hAnsiTheme="majorHAnsi" w:cstheme="majorBidi"/>
                <w:sz w:val="22"/>
                <w:lang w:val="en-GB"/>
              </w:rPr>
              <w:t>Plain black</w:t>
            </w:r>
            <w:r w:rsidR="0E8756BF" w:rsidRPr="73B3473C">
              <w:rPr>
                <w:rFonts w:asciiTheme="majorHAnsi" w:hAnsiTheme="majorHAnsi" w:cstheme="majorBidi"/>
                <w:sz w:val="22"/>
                <w:lang w:val="en-GB"/>
              </w:rPr>
              <w:t>/navy</w:t>
            </w:r>
            <w:r w:rsidRPr="73B3473C">
              <w:rPr>
                <w:rFonts w:asciiTheme="majorHAnsi" w:hAnsiTheme="majorHAnsi" w:cstheme="majorBidi"/>
                <w:sz w:val="22"/>
                <w:lang w:val="en-GB"/>
              </w:rPr>
              <w:t xml:space="preserve"> shorts, joggers or sports leggings</w:t>
            </w:r>
          </w:p>
        </w:tc>
        <w:tc>
          <w:tcPr>
            <w:tcW w:w="1440" w:type="dxa"/>
            <w:tcMar>
              <w:top w:w="110" w:type="dxa"/>
              <w:left w:w="120" w:type="dxa"/>
              <w:bottom w:w="110" w:type="dxa"/>
              <w:right w:w="120" w:type="dxa"/>
            </w:tcMar>
            <w:vAlign w:val="center"/>
          </w:tcPr>
          <w:p w14:paraId="3AFC0430"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r>
      <w:tr w:rsidR="007F1D0F" w:rsidRPr="00DD2715" w14:paraId="6A8A053D" w14:textId="77777777" w:rsidTr="73B3473C">
        <w:trPr>
          <w:cantSplit/>
          <w:jc w:val="center"/>
        </w:trPr>
        <w:tc>
          <w:tcPr>
            <w:tcW w:w="1872" w:type="dxa"/>
            <w:tcMar>
              <w:top w:w="110" w:type="dxa"/>
              <w:left w:w="120" w:type="dxa"/>
              <w:bottom w:w="110" w:type="dxa"/>
              <w:right w:w="120" w:type="dxa"/>
            </w:tcMar>
            <w:vAlign w:val="center"/>
          </w:tcPr>
          <w:p w14:paraId="44C0A4E1"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Warm layer</w:t>
            </w:r>
          </w:p>
        </w:tc>
        <w:tc>
          <w:tcPr>
            <w:tcW w:w="6624" w:type="dxa"/>
            <w:tcMar>
              <w:top w:w="110" w:type="dxa"/>
              <w:left w:w="120" w:type="dxa"/>
              <w:bottom w:w="110" w:type="dxa"/>
              <w:right w:w="120" w:type="dxa"/>
            </w:tcMar>
            <w:vAlign w:val="center"/>
          </w:tcPr>
          <w:p w14:paraId="2D82311E" w14:textId="0774BFFA" w:rsidR="007F1D0F" w:rsidRPr="00DD2715" w:rsidRDefault="4DAEAAF9" w:rsidP="73B3473C">
            <w:pPr>
              <w:spacing w:after="0"/>
              <w:rPr>
                <w:rFonts w:asciiTheme="majorHAnsi" w:hAnsiTheme="majorHAnsi" w:cstheme="majorBidi"/>
                <w:sz w:val="22"/>
                <w:lang w:val="en-GB"/>
              </w:rPr>
            </w:pPr>
            <w:r w:rsidRPr="73B3473C">
              <w:rPr>
                <w:rFonts w:asciiTheme="majorHAnsi" w:hAnsiTheme="majorHAnsi" w:cstheme="majorBidi"/>
                <w:sz w:val="22"/>
                <w:lang w:val="en-GB"/>
              </w:rPr>
              <w:t xml:space="preserve">Blue </w:t>
            </w:r>
            <w:r w:rsidR="005615A7" w:rsidRPr="73B3473C">
              <w:rPr>
                <w:rFonts w:asciiTheme="majorHAnsi" w:hAnsiTheme="majorHAnsi" w:cstheme="majorBidi"/>
                <w:sz w:val="22"/>
                <w:lang w:val="en-GB"/>
              </w:rPr>
              <w:t>school sweatshirt, jumper or cardigan</w:t>
            </w:r>
          </w:p>
        </w:tc>
        <w:tc>
          <w:tcPr>
            <w:tcW w:w="1440" w:type="dxa"/>
            <w:tcMar>
              <w:top w:w="110" w:type="dxa"/>
              <w:left w:w="120" w:type="dxa"/>
              <w:bottom w:w="110" w:type="dxa"/>
              <w:right w:w="120" w:type="dxa"/>
            </w:tcMar>
            <w:vAlign w:val="center"/>
          </w:tcPr>
          <w:p w14:paraId="76A31C85"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As needed</w:t>
            </w:r>
          </w:p>
        </w:tc>
      </w:tr>
      <w:tr w:rsidR="007F1D0F" w:rsidRPr="00DD2715" w14:paraId="5FBCDBC3" w14:textId="77777777" w:rsidTr="73B3473C">
        <w:trPr>
          <w:cantSplit/>
          <w:jc w:val="center"/>
        </w:trPr>
        <w:tc>
          <w:tcPr>
            <w:tcW w:w="1872" w:type="dxa"/>
            <w:tcMar>
              <w:top w:w="110" w:type="dxa"/>
              <w:left w:w="120" w:type="dxa"/>
              <w:bottom w:w="110" w:type="dxa"/>
              <w:right w:w="120" w:type="dxa"/>
            </w:tcMar>
            <w:vAlign w:val="center"/>
          </w:tcPr>
          <w:p w14:paraId="4BF7D6CB"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lastRenderedPageBreak/>
              <w:t>Footwear</w:t>
            </w:r>
          </w:p>
        </w:tc>
        <w:tc>
          <w:tcPr>
            <w:tcW w:w="6624" w:type="dxa"/>
            <w:tcMar>
              <w:top w:w="110" w:type="dxa"/>
              <w:left w:w="120" w:type="dxa"/>
              <w:bottom w:w="110" w:type="dxa"/>
              <w:right w:w="120" w:type="dxa"/>
            </w:tcMar>
            <w:vAlign w:val="center"/>
          </w:tcPr>
          <w:p w14:paraId="7DF7F738" w14:textId="77777777" w:rsidR="007F1D0F" w:rsidRPr="00DD2715" w:rsidRDefault="005615A7">
            <w:pPr>
              <w:spacing w:after="0"/>
              <w:rPr>
                <w:rFonts w:asciiTheme="majorHAnsi" w:hAnsiTheme="majorHAnsi" w:cstheme="majorHAnsi"/>
                <w:sz w:val="22"/>
                <w:lang w:val="en-GB"/>
              </w:rPr>
            </w:pPr>
            <w:r w:rsidRPr="00DD2715">
              <w:rPr>
                <w:rFonts w:asciiTheme="majorHAnsi" w:hAnsiTheme="majorHAnsi" w:cstheme="majorHAnsi"/>
                <w:sz w:val="22"/>
                <w:lang w:val="en-GB"/>
              </w:rPr>
              <w:t>Trainers suitable for PE</w:t>
            </w:r>
          </w:p>
        </w:tc>
        <w:tc>
          <w:tcPr>
            <w:tcW w:w="1440" w:type="dxa"/>
            <w:tcMar>
              <w:top w:w="110" w:type="dxa"/>
              <w:left w:w="120" w:type="dxa"/>
              <w:bottom w:w="110" w:type="dxa"/>
              <w:right w:w="120" w:type="dxa"/>
            </w:tcMar>
            <w:vAlign w:val="center"/>
          </w:tcPr>
          <w:p w14:paraId="2CD41881" w14:textId="77777777" w:rsidR="007F1D0F" w:rsidRPr="00DD2715" w:rsidRDefault="005615A7" w:rsidP="73B3473C">
            <w:pPr>
              <w:spacing w:after="0"/>
              <w:rPr>
                <w:rFonts w:asciiTheme="majorHAnsi" w:hAnsiTheme="majorHAnsi" w:cstheme="majorBidi"/>
                <w:sz w:val="22"/>
                <w:lang w:val="en-GB"/>
              </w:rPr>
            </w:pPr>
            <w:r w:rsidRPr="73B3473C">
              <w:rPr>
                <w:rFonts w:asciiTheme="majorHAnsi" w:hAnsiTheme="majorHAnsi" w:cstheme="majorBidi"/>
                <w:sz w:val="22"/>
                <w:lang w:val="en-GB"/>
              </w:rPr>
              <w:t>Required</w:t>
            </w:r>
          </w:p>
        </w:tc>
      </w:tr>
    </w:tbl>
    <w:p w14:paraId="58B7CED4" w14:textId="77777777" w:rsidR="00A07033" w:rsidRPr="00DD2715" w:rsidRDefault="00A07033">
      <w:pPr>
        <w:rPr>
          <w:rFonts w:asciiTheme="majorHAnsi" w:hAnsiTheme="majorHAnsi" w:cstheme="majorHAnsi"/>
          <w:sz w:val="22"/>
          <w:lang w:val="en-GB"/>
        </w:rPr>
      </w:pPr>
    </w:p>
    <w:p w14:paraId="6B47ABF1" w14:textId="63BCAFF9" w:rsidR="007F1D0F" w:rsidRDefault="005615A7" w:rsidP="73B3473C">
      <w:pPr>
        <w:rPr>
          <w:rFonts w:asciiTheme="majorHAnsi" w:hAnsiTheme="majorHAnsi" w:cstheme="majorBidi"/>
          <w:sz w:val="22"/>
          <w:lang w:val="en-GB"/>
        </w:rPr>
      </w:pPr>
      <w:r w:rsidRPr="73B3473C">
        <w:rPr>
          <w:rFonts w:asciiTheme="majorHAnsi" w:hAnsiTheme="majorHAnsi" w:cstheme="majorBidi"/>
          <w:sz w:val="22"/>
          <w:lang w:val="en-GB"/>
        </w:rPr>
        <w:t>A separate branded PE kit is not required. The school will loan specialist team kit where it is needed for competitions. No child will be prevented from taking part in PE or representing the school because of uniform cost or a temporary uniform difficulty.</w:t>
      </w:r>
    </w:p>
    <w:p w14:paraId="41CD1156" w14:textId="76625251" w:rsidR="00576505" w:rsidRDefault="00576505" w:rsidP="73B3473C">
      <w:pPr>
        <w:rPr>
          <w:rFonts w:asciiTheme="majorHAnsi" w:hAnsiTheme="majorHAnsi" w:cstheme="majorBidi"/>
          <w:b/>
          <w:bCs/>
          <w:color w:val="7030A0"/>
          <w:sz w:val="22"/>
          <w:lang w:val="en-GB"/>
        </w:rPr>
      </w:pPr>
      <w:r w:rsidRPr="00576505">
        <w:rPr>
          <w:rFonts w:asciiTheme="majorHAnsi" w:hAnsiTheme="majorHAnsi" w:cstheme="majorBidi"/>
          <w:b/>
          <w:bCs/>
          <w:color w:val="7030A0"/>
          <w:sz w:val="22"/>
          <w:lang w:val="en-GB"/>
        </w:rPr>
        <w:t>Forest School</w:t>
      </w:r>
    </w:p>
    <w:p w14:paraId="205823C8" w14:textId="50400480" w:rsidR="006207A7" w:rsidRPr="006207A7" w:rsidRDefault="006207A7" w:rsidP="73B3473C">
      <w:pPr>
        <w:rPr>
          <w:rFonts w:asciiTheme="majorHAnsi" w:hAnsiTheme="majorHAnsi" w:cstheme="majorBidi"/>
          <w:color w:val="7030A0"/>
          <w:sz w:val="22"/>
          <w:lang w:val="en-GB"/>
        </w:rPr>
      </w:pPr>
      <w:r w:rsidRPr="73B3473C">
        <w:rPr>
          <w:rFonts w:asciiTheme="majorHAnsi" w:hAnsiTheme="majorHAnsi" w:cstheme="majorBidi"/>
          <w:sz w:val="22"/>
          <w:lang w:val="en-GB"/>
        </w:rPr>
        <w:t xml:space="preserve">Children wear their PE kit to school on their allocated </w:t>
      </w:r>
      <w:r>
        <w:rPr>
          <w:rFonts w:asciiTheme="majorHAnsi" w:hAnsiTheme="majorHAnsi" w:cstheme="majorBidi"/>
          <w:sz w:val="22"/>
          <w:lang w:val="en-GB"/>
        </w:rPr>
        <w:t>Forest school</w:t>
      </w:r>
      <w:r w:rsidRPr="73B3473C">
        <w:rPr>
          <w:rFonts w:asciiTheme="majorHAnsi" w:hAnsiTheme="majorHAnsi" w:cstheme="majorBidi"/>
          <w:sz w:val="22"/>
          <w:lang w:val="en-GB"/>
        </w:rPr>
        <w:t xml:space="preserve"> days. </w:t>
      </w:r>
    </w:p>
    <w:tbl>
      <w:tblPr>
        <w:tblW w:w="9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6624"/>
        <w:gridCol w:w="1440"/>
      </w:tblGrid>
      <w:tr w:rsidR="00576505" w:rsidRPr="00DD2715" w14:paraId="7ECF2073" w14:textId="77777777" w:rsidTr="00576505">
        <w:trPr>
          <w:cantSplit/>
          <w:tblHeader/>
          <w:jc w:val="center"/>
        </w:trPr>
        <w:tc>
          <w:tcPr>
            <w:tcW w:w="1872" w:type="dxa"/>
            <w:tcMar>
              <w:top w:w="110" w:type="dxa"/>
              <w:left w:w="120" w:type="dxa"/>
              <w:bottom w:w="110" w:type="dxa"/>
              <w:right w:w="120" w:type="dxa"/>
            </w:tcMar>
            <w:vAlign w:val="center"/>
          </w:tcPr>
          <w:p w14:paraId="6225C208" w14:textId="77777777" w:rsidR="00576505" w:rsidRPr="00DD2715" w:rsidRDefault="00576505" w:rsidP="00486A1F">
            <w:pPr>
              <w:jc w:val="center"/>
              <w:rPr>
                <w:rFonts w:asciiTheme="majorHAnsi" w:hAnsiTheme="majorHAnsi" w:cstheme="majorBidi"/>
                <w:sz w:val="22"/>
                <w:lang w:val="en-GB"/>
              </w:rPr>
            </w:pPr>
            <w:r w:rsidRPr="73B3473C">
              <w:rPr>
                <w:rFonts w:asciiTheme="majorHAnsi" w:hAnsiTheme="majorHAnsi" w:cstheme="majorBidi"/>
                <w:b/>
                <w:bCs/>
                <w:sz w:val="22"/>
                <w:lang w:val="en-GB"/>
              </w:rPr>
              <w:t>Term</w:t>
            </w:r>
          </w:p>
        </w:tc>
        <w:tc>
          <w:tcPr>
            <w:tcW w:w="6624" w:type="dxa"/>
            <w:tcMar>
              <w:top w:w="110" w:type="dxa"/>
              <w:left w:w="120" w:type="dxa"/>
              <w:bottom w:w="110" w:type="dxa"/>
              <w:right w:w="120" w:type="dxa"/>
            </w:tcMar>
            <w:vAlign w:val="center"/>
          </w:tcPr>
          <w:p w14:paraId="5D9192A8" w14:textId="77777777" w:rsidR="00576505" w:rsidRPr="00DD2715" w:rsidRDefault="00576505" w:rsidP="00486A1F">
            <w:pPr>
              <w:jc w:val="center"/>
              <w:rPr>
                <w:rFonts w:asciiTheme="majorHAnsi" w:hAnsiTheme="majorHAnsi" w:cstheme="majorHAnsi"/>
                <w:sz w:val="22"/>
                <w:lang w:val="en-GB"/>
              </w:rPr>
            </w:pPr>
            <w:r w:rsidRPr="00DD2715">
              <w:rPr>
                <w:rFonts w:asciiTheme="majorHAnsi" w:hAnsiTheme="majorHAnsi" w:cstheme="majorHAnsi"/>
                <w:b/>
                <w:sz w:val="22"/>
                <w:lang w:val="en-GB"/>
              </w:rPr>
              <w:t>Specification</w:t>
            </w:r>
          </w:p>
        </w:tc>
        <w:tc>
          <w:tcPr>
            <w:tcW w:w="1440" w:type="dxa"/>
            <w:tcMar>
              <w:top w:w="110" w:type="dxa"/>
              <w:left w:w="120" w:type="dxa"/>
              <w:bottom w:w="110" w:type="dxa"/>
              <w:right w:w="120" w:type="dxa"/>
            </w:tcMar>
            <w:vAlign w:val="center"/>
          </w:tcPr>
          <w:p w14:paraId="34B42A7F" w14:textId="77777777" w:rsidR="00576505" w:rsidRPr="00DD2715" w:rsidRDefault="00576505" w:rsidP="00486A1F">
            <w:pPr>
              <w:jc w:val="center"/>
              <w:rPr>
                <w:rFonts w:asciiTheme="majorHAnsi" w:hAnsiTheme="majorHAnsi" w:cstheme="majorHAnsi"/>
                <w:sz w:val="22"/>
                <w:lang w:val="en-GB"/>
              </w:rPr>
            </w:pPr>
            <w:r w:rsidRPr="00DD2715">
              <w:rPr>
                <w:rFonts w:asciiTheme="majorHAnsi" w:hAnsiTheme="majorHAnsi" w:cstheme="majorHAnsi"/>
                <w:b/>
                <w:sz w:val="22"/>
                <w:lang w:val="en-GB"/>
              </w:rPr>
              <w:t>Status</w:t>
            </w:r>
          </w:p>
        </w:tc>
      </w:tr>
      <w:tr w:rsidR="00576505" w:rsidRPr="00DD2715" w14:paraId="21EC0338" w14:textId="77777777" w:rsidTr="00576505">
        <w:trPr>
          <w:cantSplit/>
          <w:jc w:val="center"/>
        </w:trPr>
        <w:tc>
          <w:tcPr>
            <w:tcW w:w="1872" w:type="dxa"/>
            <w:tcMar>
              <w:top w:w="110" w:type="dxa"/>
              <w:left w:w="120" w:type="dxa"/>
              <w:bottom w:w="110" w:type="dxa"/>
              <w:right w:w="120" w:type="dxa"/>
            </w:tcMar>
            <w:vAlign w:val="center"/>
          </w:tcPr>
          <w:p w14:paraId="6B1CE591" w14:textId="77777777" w:rsidR="00576505" w:rsidRPr="00DD2715" w:rsidRDefault="00576505" w:rsidP="00486A1F">
            <w:pPr>
              <w:spacing w:after="0"/>
              <w:rPr>
                <w:rFonts w:asciiTheme="majorHAnsi" w:hAnsiTheme="majorHAnsi" w:cstheme="majorHAnsi"/>
                <w:sz w:val="22"/>
                <w:lang w:val="en-GB"/>
              </w:rPr>
            </w:pPr>
            <w:r w:rsidRPr="00DD2715">
              <w:rPr>
                <w:rFonts w:asciiTheme="majorHAnsi" w:hAnsiTheme="majorHAnsi" w:cstheme="majorHAnsi"/>
                <w:sz w:val="22"/>
                <w:lang w:val="en-GB"/>
              </w:rPr>
              <w:t>Top</w:t>
            </w:r>
          </w:p>
        </w:tc>
        <w:tc>
          <w:tcPr>
            <w:tcW w:w="6624" w:type="dxa"/>
            <w:tcMar>
              <w:top w:w="110" w:type="dxa"/>
              <w:left w:w="120" w:type="dxa"/>
              <w:bottom w:w="110" w:type="dxa"/>
              <w:right w:w="120" w:type="dxa"/>
            </w:tcMar>
            <w:vAlign w:val="center"/>
          </w:tcPr>
          <w:p w14:paraId="4E9FED60" w14:textId="77777777" w:rsidR="00576505" w:rsidRPr="00DD2715" w:rsidRDefault="00576505" w:rsidP="00486A1F">
            <w:pPr>
              <w:spacing w:after="0"/>
              <w:rPr>
                <w:rFonts w:asciiTheme="majorHAnsi" w:hAnsiTheme="majorHAnsi" w:cstheme="majorBidi"/>
                <w:sz w:val="22"/>
                <w:lang w:val="en-GB"/>
              </w:rPr>
            </w:pPr>
            <w:r w:rsidRPr="73B3473C">
              <w:rPr>
                <w:rFonts w:asciiTheme="majorHAnsi" w:hAnsiTheme="majorHAnsi" w:cstheme="majorBidi"/>
                <w:sz w:val="22"/>
                <w:lang w:val="en-GB"/>
              </w:rPr>
              <w:t xml:space="preserve">Plain </w:t>
            </w:r>
            <w:proofErr w:type="gramStart"/>
            <w:r>
              <w:rPr>
                <w:rFonts w:asciiTheme="majorHAnsi" w:hAnsiTheme="majorHAnsi" w:cstheme="majorBidi"/>
                <w:sz w:val="22"/>
                <w:lang w:val="en-GB"/>
              </w:rPr>
              <w:t>Navy</w:t>
            </w:r>
            <w:r w:rsidRPr="73B3473C">
              <w:rPr>
                <w:rFonts w:asciiTheme="majorHAnsi" w:hAnsiTheme="majorHAnsi" w:cstheme="majorBidi"/>
                <w:sz w:val="22"/>
                <w:lang w:val="en-GB"/>
              </w:rPr>
              <w:t xml:space="preserve"> </w:t>
            </w:r>
            <w:r>
              <w:rPr>
                <w:rFonts w:asciiTheme="majorHAnsi" w:hAnsiTheme="majorHAnsi" w:cstheme="majorBidi"/>
                <w:sz w:val="22"/>
                <w:lang w:val="en-GB"/>
              </w:rPr>
              <w:t>blue</w:t>
            </w:r>
            <w:proofErr w:type="gramEnd"/>
            <w:r>
              <w:rPr>
                <w:rFonts w:asciiTheme="majorHAnsi" w:hAnsiTheme="majorHAnsi" w:cstheme="majorBidi"/>
                <w:sz w:val="22"/>
                <w:lang w:val="en-GB"/>
              </w:rPr>
              <w:t xml:space="preserve"> </w:t>
            </w:r>
            <w:r w:rsidRPr="73B3473C">
              <w:rPr>
                <w:rFonts w:asciiTheme="majorHAnsi" w:hAnsiTheme="majorHAnsi" w:cstheme="majorBidi"/>
                <w:sz w:val="22"/>
                <w:lang w:val="en-GB"/>
              </w:rPr>
              <w:t>T-shirt or school logo</w:t>
            </w:r>
          </w:p>
        </w:tc>
        <w:tc>
          <w:tcPr>
            <w:tcW w:w="1440" w:type="dxa"/>
            <w:tcMar>
              <w:top w:w="110" w:type="dxa"/>
              <w:left w:w="120" w:type="dxa"/>
              <w:bottom w:w="110" w:type="dxa"/>
              <w:right w:w="120" w:type="dxa"/>
            </w:tcMar>
            <w:vAlign w:val="center"/>
          </w:tcPr>
          <w:p w14:paraId="686265E5" w14:textId="77777777" w:rsidR="00576505" w:rsidRPr="00DD2715" w:rsidRDefault="00576505" w:rsidP="00486A1F">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r>
      <w:tr w:rsidR="00576505" w:rsidRPr="00DD2715" w14:paraId="07022738" w14:textId="77777777" w:rsidTr="00576505">
        <w:trPr>
          <w:cantSplit/>
          <w:jc w:val="center"/>
        </w:trPr>
        <w:tc>
          <w:tcPr>
            <w:tcW w:w="1872" w:type="dxa"/>
            <w:tcMar>
              <w:top w:w="110" w:type="dxa"/>
              <w:left w:w="120" w:type="dxa"/>
              <w:bottom w:w="110" w:type="dxa"/>
              <w:right w:w="120" w:type="dxa"/>
            </w:tcMar>
            <w:vAlign w:val="center"/>
          </w:tcPr>
          <w:p w14:paraId="76444CF0" w14:textId="77777777" w:rsidR="00576505" w:rsidRPr="00DD2715" w:rsidRDefault="00576505" w:rsidP="00486A1F">
            <w:pPr>
              <w:spacing w:after="0"/>
              <w:rPr>
                <w:rFonts w:asciiTheme="majorHAnsi" w:hAnsiTheme="majorHAnsi" w:cstheme="majorHAnsi"/>
                <w:sz w:val="22"/>
                <w:lang w:val="en-GB"/>
              </w:rPr>
            </w:pPr>
            <w:r w:rsidRPr="00DD2715">
              <w:rPr>
                <w:rFonts w:asciiTheme="majorHAnsi" w:hAnsiTheme="majorHAnsi" w:cstheme="majorHAnsi"/>
                <w:sz w:val="22"/>
                <w:lang w:val="en-GB"/>
              </w:rPr>
              <w:t>Lower garment</w:t>
            </w:r>
          </w:p>
        </w:tc>
        <w:tc>
          <w:tcPr>
            <w:tcW w:w="6624" w:type="dxa"/>
            <w:tcMar>
              <w:top w:w="110" w:type="dxa"/>
              <w:left w:w="120" w:type="dxa"/>
              <w:bottom w:w="110" w:type="dxa"/>
              <w:right w:w="120" w:type="dxa"/>
            </w:tcMar>
            <w:vAlign w:val="center"/>
          </w:tcPr>
          <w:p w14:paraId="35488BF9" w14:textId="77777777" w:rsidR="00576505" w:rsidRPr="00DD2715" w:rsidRDefault="00576505" w:rsidP="00486A1F">
            <w:pPr>
              <w:spacing w:after="0"/>
              <w:rPr>
                <w:rFonts w:asciiTheme="majorHAnsi" w:hAnsiTheme="majorHAnsi" w:cstheme="majorBidi"/>
                <w:sz w:val="22"/>
                <w:lang w:val="en-GB"/>
              </w:rPr>
            </w:pPr>
            <w:r w:rsidRPr="73B3473C">
              <w:rPr>
                <w:rFonts w:asciiTheme="majorHAnsi" w:hAnsiTheme="majorHAnsi" w:cstheme="majorBidi"/>
                <w:sz w:val="22"/>
                <w:lang w:val="en-GB"/>
              </w:rPr>
              <w:t>Plain black/navy shorts, joggers or sports leggings</w:t>
            </w:r>
          </w:p>
        </w:tc>
        <w:tc>
          <w:tcPr>
            <w:tcW w:w="1440" w:type="dxa"/>
            <w:tcMar>
              <w:top w:w="110" w:type="dxa"/>
              <w:left w:w="120" w:type="dxa"/>
              <w:bottom w:w="110" w:type="dxa"/>
              <w:right w:w="120" w:type="dxa"/>
            </w:tcMar>
            <w:vAlign w:val="center"/>
          </w:tcPr>
          <w:p w14:paraId="3B2EA1CE" w14:textId="77777777" w:rsidR="00576505" w:rsidRPr="00DD2715" w:rsidRDefault="00576505" w:rsidP="00486A1F">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r>
      <w:tr w:rsidR="00576505" w:rsidRPr="00DD2715" w14:paraId="01985DB9" w14:textId="77777777" w:rsidTr="00576505">
        <w:trPr>
          <w:cantSplit/>
          <w:jc w:val="center"/>
        </w:trPr>
        <w:tc>
          <w:tcPr>
            <w:tcW w:w="1872" w:type="dxa"/>
            <w:tcMar>
              <w:top w:w="110" w:type="dxa"/>
              <w:left w:w="120" w:type="dxa"/>
              <w:bottom w:w="110" w:type="dxa"/>
              <w:right w:w="120" w:type="dxa"/>
            </w:tcMar>
            <w:vAlign w:val="center"/>
          </w:tcPr>
          <w:p w14:paraId="78A7387A" w14:textId="77777777" w:rsidR="00576505" w:rsidRPr="00DD2715" w:rsidRDefault="00576505" w:rsidP="00486A1F">
            <w:pPr>
              <w:spacing w:after="0"/>
              <w:rPr>
                <w:rFonts w:asciiTheme="majorHAnsi" w:hAnsiTheme="majorHAnsi" w:cstheme="majorHAnsi"/>
                <w:sz w:val="22"/>
                <w:lang w:val="en-GB"/>
              </w:rPr>
            </w:pPr>
            <w:r w:rsidRPr="00DD2715">
              <w:rPr>
                <w:rFonts w:asciiTheme="majorHAnsi" w:hAnsiTheme="majorHAnsi" w:cstheme="majorHAnsi"/>
                <w:sz w:val="22"/>
                <w:lang w:val="en-GB"/>
              </w:rPr>
              <w:t>Warm layer</w:t>
            </w:r>
          </w:p>
        </w:tc>
        <w:tc>
          <w:tcPr>
            <w:tcW w:w="6624" w:type="dxa"/>
            <w:tcMar>
              <w:top w:w="110" w:type="dxa"/>
              <w:left w:w="120" w:type="dxa"/>
              <w:bottom w:w="110" w:type="dxa"/>
              <w:right w:w="120" w:type="dxa"/>
            </w:tcMar>
            <w:vAlign w:val="center"/>
          </w:tcPr>
          <w:p w14:paraId="422E95CF" w14:textId="77777777" w:rsidR="00576505" w:rsidRPr="00DD2715" w:rsidRDefault="00576505" w:rsidP="00486A1F">
            <w:pPr>
              <w:spacing w:after="0"/>
              <w:rPr>
                <w:rFonts w:asciiTheme="majorHAnsi" w:hAnsiTheme="majorHAnsi" w:cstheme="majorBidi"/>
                <w:sz w:val="22"/>
                <w:lang w:val="en-GB"/>
              </w:rPr>
            </w:pPr>
            <w:r w:rsidRPr="73B3473C">
              <w:rPr>
                <w:rFonts w:asciiTheme="majorHAnsi" w:hAnsiTheme="majorHAnsi" w:cstheme="majorBidi"/>
                <w:sz w:val="22"/>
                <w:lang w:val="en-GB"/>
              </w:rPr>
              <w:t>Blue school sweatshirt, jumper or cardigan</w:t>
            </w:r>
          </w:p>
        </w:tc>
        <w:tc>
          <w:tcPr>
            <w:tcW w:w="1440" w:type="dxa"/>
            <w:tcMar>
              <w:top w:w="110" w:type="dxa"/>
              <w:left w:w="120" w:type="dxa"/>
              <w:bottom w:w="110" w:type="dxa"/>
              <w:right w:w="120" w:type="dxa"/>
            </w:tcMar>
            <w:vAlign w:val="center"/>
          </w:tcPr>
          <w:p w14:paraId="1035F8D9" w14:textId="77777777" w:rsidR="00576505" w:rsidRPr="00DD2715" w:rsidRDefault="00576505" w:rsidP="00486A1F">
            <w:pPr>
              <w:spacing w:after="0"/>
              <w:rPr>
                <w:rFonts w:asciiTheme="majorHAnsi" w:hAnsiTheme="majorHAnsi" w:cstheme="majorHAnsi"/>
                <w:sz w:val="22"/>
                <w:lang w:val="en-GB"/>
              </w:rPr>
            </w:pPr>
            <w:r w:rsidRPr="00DD2715">
              <w:rPr>
                <w:rFonts w:asciiTheme="majorHAnsi" w:hAnsiTheme="majorHAnsi" w:cstheme="majorHAnsi"/>
                <w:sz w:val="22"/>
                <w:lang w:val="en-GB"/>
              </w:rPr>
              <w:t>As needed</w:t>
            </w:r>
          </w:p>
        </w:tc>
      </w:tr>
      <w:tr w:rsidR="00576505" w:rsidRPr="00DD2715" w14:paraId="7608423D" w14:textId="77777777" w:rsidTr="00576505">
        <w:trPr>
          <w:cantSplit/>
          <w:jc w:val="center"/>
        </w:trPr>
        <w:tc>
          <w:tcPr>
            <w:tcW w:w="1872" w:type="dxa"/>
            <w:tcMar>
              <w:top w:w="110" w:type="dxa"/>
              <w:left w:w="120" w:type="dxa"/>
              <w:bottom w:w="110" w:type="dxa"/>
              <w:right w:w="120" w:type="dxa"/>
            </w:tcMar>
            <w:vAlign w:val="center"/>
          </w:tcPr>
          <w:p w14:paraId="4CE843FB" w14:textId="5BEFAB25" w:rsidR="00576505" w:rsidRPr="00DD2715" w:rsidRDefault="00576505" w:rsidP="00486A1F">
            <w:pPr>
              <w:spacing w:after="0"/>
              <w:rPr>
                <w:rFonts w:asciiTheme="majorHAnsi" w:hAnsiTheme="majorHAnsi" w:cstheme="majorHAnsi"/>
                <w:sz w:val="22"/>
                <w:lang w:val="en-GB"/>
              </w:rPr>
            </w:pPr>
            <w:r w:rsidRPr="00DD2715">
              <w:rPr>
                <w:rFonts w:asciiTheme="majorHAnsi" w:hAnsiTheme="majorHAnsi" w:cstheme="majorHAnsi"/>
                <w:sz w:val="22"/>
                <w:lang w:val="en-GB"/>
              </w:rPr>
              <w:t>Outdoor clothing</w:t>
            </w:r>
          </w:p>
        </w:tc>
        <w:tc>
          <w:tcPr>
            <w:tcW w:w="6624" w:type="dxa"/>
            <w:tcMar>
              <w:top w:w="110" w:type="dxa"/>
              <w:left w:w="120" w:type="dxa"/>
              <w:bottom w:w="110" w:type="dxa"/>
              <w:right w:w="120" w:type="dxa"/>
            </w:tcMar>
            <w:vAlign w:val="center"/>
          </w:tcPr>
          <w:p w14:paraId="0584CD94" w14:textId="2AC1A3B9" w:rsidR="00576505" w:rsidRPr="73B3473C" w:rsidRDefault="00576505" w:rsidP="00486A1F">
            <w:pPr>
              <w:spacing w:after="0"/>
              <w:rPr>
                <w:rFonts w:asciiTheme="majorHAnsi" w:hAnsiTheme="majorHAnsi" w:cstheme="majorBidi"/>
                <w:sz w:val="22"/>
                <w:lang w:val="en-GB"/>
              </w:rPr>
            </w:pPr>
            <w:r w:rsidRPr="00DD2715">
              <w:rPr>
                <w:rFonts w:asciiTheme="majorHAnsi" w:hAnsiTheme="majorHAnsi" w:cstheme="majorHAnsi"/>
                <w:sz w:val="22"/>
                <w:lang w:val="en-GB"/>
              </w:rPr>
              <w:t>A practical coat</w:t>
            </w:r>
            <w:r>
              <w:rPr>
                <w:rFonts w:asciiTheme="majorHAnsi" w:hAnsiTheme="majorHAnsi" w:cstheme="majorHAnsi"/>
                <w:sz w:val="22"/>
                <w:lang w:val="en-GB"/>
              </w:rPr>
              <w:t xml:space="preserve"> or overalls</w:t>
            </w:r>
            <w:r w:rsidRPr="00DD2715">
              <w:rPr>
                <w:rFonts w:asciiTheme="majorHAnsi" w:hAnsiTheme="majorHAnsi" w:cstheme="majorHAnsi"/>
                <w:sz w:val="22"/>
                <w:lang w:val="en-GB"/>
              </w:rPr>
              <w:t xml:space="preserve"> suitable for the weather.</w:t>
            </w:r>
          </w:p>
        </w:tc>
        <w:tc>
          <w:tcPr>
            <w:tcW w:w="1440" w:type="dxa"/>
            <w:tcMar>
              <w:top w:w="110" w:type="dxa"/>
              <w:left w:w="120" w:type="dxa"/>
              <w:bottom w:w="110" w:type="dxa"/>
              <w:right w:w="120" w:type="dxa"/>
            </w:tcMar>
            <w:vAlign w:val="center"/>
          </w:tcPr>
          <w:p w14:paraId="52CF4EA0" w14:textId="4E7ECCB9" w:rsidR="00576505" w:rsidRPr="00DD2715" w:rsidRDefault="00576505" w:rsidP="00486A1F">
            <w:pPr>
              <w:spacing w:after="0"/>
              <w:rPr>
                <w:rFonts w:asciiTheme="majorHAnsi" w:hAnsiTheme="majorHAnsi" w:cstheme="majorHAnsi"/>
                <w:sz w:val="22"/>
                <w:lang w:val="en-GB"/>
              </w:rPr>
            </w:pPr>
            <w:r>
              <w:rPr>
                <w:rFonts w:asciiTheme="majorHAnsi" w:hAnsiTheme="majorHAnsi" w:cstheme="majorHAnsi"/>
                <w:sz w:val="22"/>
                <w:lang w:val="en-GB"/>
              </w:rPr>
              <w:t>As needed</w:t>
            </w:r>
          </w:p>
        </w:tc>
      </w:tr>
      <w:tr w:rsidR="00576505" w:rsidRPr="00DD2715" w14:paraId="738C0B74" w14:textId="77777777" w:rsidTr="00576505">
        <w:trPr>
          <w:cantSplit/>
          <w:jc w:val="center"/>
        </w:trPr>
        <w:tc>
          <w:tcPr>
            <w:tcW w:w="1872" w:type="dxa"/>
            <w:tcMar>
              <w:top w:w="110" w:type="dxa"/>
              <w:left w:w="120" w:type="dxa"/>
              <w:bottom w:w="110" w:type="dxa"/>
              <w:right w:w="120" w:type="dxa"/>
            </w:tcMar>
            <w:vAlign w:val="center"/>
          </w:tcPr>
          <w:p w14:paraId="4D504139" w14:textId="77777777" w:rsidR="00576505" w:rsidRPr="00DD2715" w:rsidRDefault="00576505" w:rsidP="00486A1F">
            <w:pPr>
              <w:spacing w:after="0"/>
              <w:rPr>
                <w:rFonts w:asciiTheme="majorHAnsi" w:hAnsiTheme="majorHAnsi" w:cstheme="majorHAnsi"/>
                <w:sz w:val="22"/>
                <w:lang w:val="en-GB"/>
              </w:rPr>
            </w:pPr>
            <w:r w:rsidRPr="00DD2715">
              <w:rPr>
                <w:rFonts w:asciiTheme="majorHAnsi" w:hAnsiTheme="majorHAnsi" w:cstheme="majorHAnsi"/>
                <w:sz w:val="22"/>
                <w:lang w:val="en-GB"/>
              </w:rPr>
              <w:t>Footwear</w:t>
            </w:r>
          </w:p>
        </w:tc>
        <w:tc>
          <w:tcPr>
            <w:tcW w:w="6624" w:type="dxa"/>
            <w:tcMar>
              <w:top w:w="110" w:type="dxa"/>
              <w:left w:w="120" w:type="dxa"/>
              <w:bottom w:w="110" w:type="dxa"/>
              <w:right w:w="120" w:type="dxa"/>
            </w:tcMar>
            <w:vAlign w:val="center"/>
          </w:tcPr>
          <w:p w14:paraId="1AE2F855" w14:textId="6692E2DB" w:rsidR="00576505" w:rsidRPr="00DD2715" w:rsidRDefault="00576505" w:rsidP="00486A1F">
            <w:pPr>
              <w:spacing w:after="0"/>
              <w:rPr>
                <w:rFonts w:asciiTheme="majorHAnsi" w:hAnsiTheme="majorHAnsi" w:cstheme="majorHAnsi"/>
                <w:sz w:val="22"/>
                <w:lang w:val="en-GB"/>
              </w:rPr>
            </w:pPr>
            <w:r w:rsidRPr="00DD2715">
              <w:rPr>
                <w:rFonts w:asciiTheme="majorHAnsi" w:hAnsiTheme="majorHAnsi" w:cstheme="majorHAnsi"/>
                <w:sz w:val="22"/>
                <w:lang w:val="en-GB"/>
              </w:rPr>
              <w:t xml:space="preserve">Trainers </w:t>
            </w:r>
            <w:r>
              <w:rPr>
                <w:rFonts w:asciiTheme="majorHAnsi" w:hAnsiTheme="majorHAnsi" w:cstheme="majorHAnsi"/>
                <w:sz w:val="22"/>
                <w:lang w:val="en-GB"/>
              </w:rPr>
              <w:t xml:space="preserve">or Wellies </w:t>
            </w:r>
            <w:r w:rsidRPr="00DD2715">
              <w:rPr>
                <w:rFonts w:asciiTheme="majorHAnsi" w:hAnsiTheme="majorHAnsi" w:cstheme="majorHAnsi"/>
                <w:sz w:val="22"/>
                <w:lang w:val="en-GB"/>
              </w:rPr>
              <w:t xml:space="preserve">suitable for </w:t>
            </w:r>
            <w:r>
              <w:rPr>
                <w:rFonts w:asciiTheme="majorHAnsi" w:hAnsiTheme="majorHAnsi" w:cstheme="majorHAnsi"/>
                <w:sz w:val="22"/>
                <w:lang w:val="en-GB"/>
              </w:rPr>
              <w:t xml:space="preserve">muddy terrain. </w:t>
            </w:r>
          </w:p>
        </w:tc>
        <w:tc>
          <w:tcPr>
            <w:tcW w:w="1440" w:type="dxa"/>
            <w:tcMar>
              <w:top w:w="110" w:type="dxa"/>
              <w:left w:w="120" w:type="dxa"/>
              <w:bottom w:w="110" w:type="dxa"/>
              <w:right w:w="120" w:type="dxa"/>
            </w:tcMar>
            <w:vAlign w:val="center"/>
          </w:tcPr>
          <w:p w14:paraId="105DA4E8" w14:textId="77777777" w:rsidR="00576505" w:rsidRPr="00DD2715" w:rsidRDefault="00576505" w:rsidP="00486A1F">
            <w:pPr>
              <w:spacing w:after="0"/>
              <w:rPr>
                <w:rFonts w:asciiTheme="majorHAnsi" w:hAnsiTheme="majorHAnsi" w:cstheme="majorBidi"/>
                <w:sz w:val="22"/>
                <w:lang w:val="en-GB"/>
              </w:rPr>
            </w:pPr>
            <w:r w:rsidRPr="73B3473C">
              <w:rPr>
                <w:rFonts w:asciiTheme="majorHAnsi" w:hAnsiTheme="majorHAnsi" w:cstheme="majorBidi"/>
                <w:sz w:val="22"/>
                <w:lang w:val="en-GB"/>
              </w:rPr>
              <w:t>Required</w:t>
            </w:r>
          </w:p>
        </w:tc>
      </w:tr>
    </w:tbl>
    <w:p w14:paraId="66956812" w14:textId="77777777" w:rsidR="00576505" w:rsidRPr="00DD2715" w:rsidRDefault="00576505" w:rsidP="73B3473C">
      <w:pPr>
        <w:rPr>
          <w:rFonts w:asciiTheme="majorHAnsi" w:hAnsiTheme="majorHAnsi" w:cstheme="majorBidi"/>
          <w:sz w:val="22"/>
          <w:lang w:val="en-GB"/>
        </w:rPr>
      </w:pPr>
    </w:p>
    <w:p w14:paraId="379C302A" w14:textId="77777777" w:rsidR="007F1D0F" w:rsidRPr="00DD2715"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t>Appearance and safety</w:t>
      </w:r>
    </w:p>
    <w:p w14:paraId="7DF09F95" w14:textId="3F94588C" w:rsidR="007F1D0F" w:rsidRPr="00DD2715" w:rsidRDefault="005615A7">
      <w:pPr>
        <w:pStyle w:val="ListBullet"/>
        <w:rPr>
          <w:rFonts w:asciiTheme="majorHAnsi" w:hAnsiTheme="majorHAnsi" w:cstheme="majorHAnsi"/>
          <w:sz w:val="22"/>
          <w:lang w:val="en-GB"/>
        </w:rPr>
      </w:pPr>
      <w:r w:rsidRPr="00DD2715">
        <w:rPr>
          <w:rFonts w:asciiTheme="majorHAnsi" w:hAnsiTheme="majorHAnsi" w:cstheme="majorHAnsi"/>
          <w:sz w:val="22"/>
          <w:lang w:val="en-GB"/>
        </w:rPr>
        <w:t>Hair may be worn in any natural or protective style that is safe for school activities.</w:t>
      </w:r>
    </w:p>
    <w:p w14:paraId="13271FA7" w14:textId="77777777" w:rsidR="007F1D0F" w:rsidRPr="00DD2715" w:rsidRDefault="005615A7">
      <w:pPr>
        <w:pStyle w:val="ListBullet"/>
        <w:rPr>
          <w:rFonts w:asciiTheme="majorHAnsi" w:hAnsiTheme="majorHAnsi" w:cstheme="majorHAnsi"/>
          <w:sz w:val="22"/>
          <w:lang w:val="en-GB"/>
        </w:rPr>
      </w:pPr>
      <w:r w:rsidRPr="00DD2715">
        <w:rPr>
          <w:rFonts w:asciiTheme="majorHAnsi" w:hAnsiTheme="majorHAnsi" w:cstheme="majorHAnsi"/>
          <w:sz w:val="22"/>
          <w:lang w:val="en-GB"/>
        </w:rPr>
        <w:t>Small stud earrings may be worn. Other jewellery is not permitted, except a simple religious necklace or article agreed with the school. Jewellery may need to be removed or secured for PE and practical activities.</w:t>
      </w:r>
    </w:p>
    <w:p w14:paraId="5EF5FB32" w14:textId="77777777" w:rsidR="007F1D0F" w:rsidRPr="00DD2715" w:rsidRDefault="005615A7">
      <w:pPr>
        <w:pStyle w:val="ListBullet"/>
        <w:rPr>
          <w:rFonts w:asciiTheme="majorHAnsi" w:hAnsiTheme="majorHAnsi" w:cstheme="majorHAnsi"/>
          <w:sz w:val="22"/>
          <w:lang w:val="en-GB"/>
        </w:rPr>
      </w:pPr>
      <w:r w:rsidRPr="00DD2715">
        <w:rPr>
          <w:rFonts w:asciiTheme="majorHAnsi" w:hAnsiTheme="majorHAnsi" w:cstheme="majorHAnsi"/>
          <w:sz w:val="22"/>
          <w:lang w:val="en-GB"/>
        </w:rPr>
        <w:t>Nail varnish, make-up and dyed hair are not part of school uniform.</w:t>
      </w:r>
    </w:p>
    <w:p w14:paraId="1DB2897A" w14:textId="77777777" w:rsidR="007F1D0F" w:rsidRPr="00DD2715" w:rsidRDefault="005615A7">
      <w:pPr>
        <w:pStyle w:val="ListBullet"/>
        <w:rPr>
          <w:rFonts w:asciiTheme="majorHAnsi" w:hAnsiTheme="majorHAnsi" w:cstheme="majorHAnsi"/>
          <w:sz w:val="22"/>
          <w:lang w:val="en-GB"/>
        </w:rPr>
      </w:pPr>
      <w:r w:rsidRPr="00DD2715">
        <w:rPr>
          <w:rFonts w:asciiTheme="majorHAnsi" w:hAnsiTheme="majorHAnsi" w:cstheme="majorHAnsi"/>
          <w:sz w:val="22"/>
          <w:lang w:val="en-GB"/>
        </w:rPr>
        <w:t>Clothing, bags and accessories should not display offensive, discriminatory or party-political wording or imagery.</w:t>
      </w:r>
    </w:p>
    <w:p w14:paraId="6550DEC4" w14:textId="77777777" w:rsidR="007F1D0F" w:rsidRPr="00DD2715" w:rsidRDefault="005615A7">
      <w:pPr>
        <w:pStyle w:val="ListBullet"/>
        <w:rPr>
          <w:rFonts w:asciiTheme="majorHAnsi" w:hAnsiTheme="majorHAnsi" w:cstheme="majorHAnsi"/>
          <w:sz w:val="22"/>
          <w:lang w:val="en-GB"/>
        </w:rPr>
      </w:pPr>
      <w:r w:rsidRPr="00DD2715">
        <w:rPr>
          <w:rFonts w:asciiTheme="majorHAnsi" w:hAnsiTheme="majorHAnsi" w:cstheme="majorHAnsi"/>
          <w:sz w:val="22"/>
          <w:lang w:val="en-GB"/>
        </w:rPr>
        <w:t>All clothing and footwear should be safe, practical and clearly named.</w:t>
      </w:r>
    </w:p>
    <w:p w14:paraId="753CAB30" w14:textId="7B385E92" w:rsidR="00A07033" w:rsidRPr="00DD2715" w:rsidRDefault="00A07033">
      <w:pPr>
        <w:pStyle w:val="ListBullet"/>
        <w:rPr>
          <w:rFonts w:asciiTheme="majorHAnsi" w:hAnsiTheme="majorHAnsi" w:cstheme="majorHAnsi"/>
          <w:sz w:val="22"/>
          <w:lang w:val="en-GB"/>
        </w:rPr>
      </w:pPr>
      <w:r w:rsidRPr="00DD2715">
        <w:rPr>
          <w:rFonts w:asciiTheme="majorHAnsi" w:hAnsiTheme="majorHAnsi" w:cstheme="majorHAnsi"/>
          <w:sz w:val="22"/>
          <w:lang w:val="en-GB"/>
        </w:rPr>
        <w:t>In line with our Phone Policy, smart devices such as watches, glasses or other items may not be worn.</w:t>
      </w:r>
    </w:p>
    <w:p w14:paraId="6A7EF00C" w14:textId="77777777" w:rsidR="007F1D0F"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t>Affordability and branded items</w:t>
      </w:r>
    </w:p>
    <w:p w14:paraId="0586A0D7" w14:textId="582D6AF3" w:rsidR="00FD41E9" w:rsidRPr="00FD41E9" w:rsidRDefault="00FD41E9" w:rsidP="00FD41E9">
      <w:pPr>
        <w:rPr>
          <w:rFonts w:ascii="Calibri" w:hAnsi="Calibri" w:cs="Calibri"/>
          <w:sz w:val="22"/>
          <w:lang w:val="en-GB"/>
        </w:rPr>
      </w:pPr>
      <w:r w:rsidRPr="00FD41E9">
        <w:rPr>
          <w:rFonts w:ascii="Calibri" w:hAnsi="Calibri" w:cs="Calibri"/>
          <w:sz w:val="22"/>
          <w:lang w:val="en-GB"/>
        </w:rPr>
        <w:t>We require children to wear a jumper or cardigan with the school logo, available from our supplier. All other uniform items, including polo shirts, may be purchased without a logo. To keep uniform affordable, the school will:</w:t>
      </w:r>
    </w:p>
    <w:p w14:paraId="06C1B0B2" w14:textId="2E57DD8D" w:rsidR="007F1D0F" w:rsidRPr="00DD2715" w:rsidRDefault="00DD2715">
      <w:pPr>
        <w:pStyle w:val="ListBullet"/>
        <w:rPr>
          <w:rFonts w:asciiTheme="majorHAnsi" w:hAnsiTheme="majorHAnsi" w:cstheme="majorHAnsi"/>
          <w:sz w:val="22"/>
          <w:lang w:val="en-GB"/>
        </w:rPr>
      </w:pPr>
      <w:r w:rsidRPr="00DD2715">
        <w:rPr>
          <w:rFonts w:asciiTheme="majorHAnsi" w:hAnsiTheme="majorHAnsi" w:cstheme="majorHAnsi"/>
          <w:sz w:val="22"/>
          <w:lang w:val="en-GB"/>
        </w:rPr>
        <w:t>Keep the number and cost of compulsory items to a minimum and consider the total cost to families when this policy is reviewed;</w:t>
      </w:r>
    </w:p>
    <w:p w14:paraId="4FA44CD8" w14:textId="23004BD1" w:rsidR="007F1D0F" w:rsidRPr="00DD2715" w:rsidRDefault="00DD2715">
      <w:pPr>
        <w:pStyle w:val="ListBullet"/>
        <w:rPr>
          <w:rFonts w:asciiTheme="majorHAnsi" w:hAnsiTheme="majorHAnsi" w:cstheme="majorHAnsi"/>
          <w:sz w:val="22"/>
          <w:lang w:val="en-GB"/>
        </w:rPr>
      </w:pPr>
      <w:r w:rsidRPr="00DD2715">
        <w:rPr>
          <w:rFonts w:asciiTheme="majorHAnsi" w:hAnsiTheme="majorHAnsi" w:cstheme="majorHAnsi"/>
          <w:sz w:val="22"/>
          <w:lang w:val="en-GB"/>
        </w:rPr>
        <w:t>Avoid requiring additional uniform for clubs, trips, performances or competitions;</w:t>
      </w:r>
    </w:p>
    <w:p w14:paraId="6D24CC70" w14:textId="2F4BBD39" w:rsidR="007F1D0F" w:rsidRPr="00DD2715" w:rsidRDefault="00DD2715">
      <w:pPr>
        <w:pStyle w:val="ListBullet"/>
        <w:rPr>
          <w:rFonts w:asciiTheme="majorHAnsi" w:hAnsiTheme="majorHAnsi" w:cstheme="majorHAnsi"/>
          <w:sz w:val="22"/>
          <w:lang w:val="en-GB"/>
        </w:rPr>
      </w:pPr>
      <w:r w:rsidRPr="00DD2715">
        <w:rPr>
          <w:rFonts w:asciiTheme="majorHAnsi" w:hAnsiTheme="majorHAnsi" w:cstheme="majorHAnsi"/>
          <w:sz w:val="22"/>
          <w:lang w:val="en-GB"/>
        </w:rPr>
        <w:t>Allow enough notice and a reasonable transition period if requirements change;</w:t>
      </w:r>
    </w:p>
    <w:p w14:paraId="37C3D9F3" w14:textId="2C586135" w:rsidR="007F1D0F" w:rsidRPr="00DD2715" w:rsidRDefault="00DD2715">
      <w:pPr>
        <w:pStyle w:val="ListBullet"/>
        <w:rPr>
          <w:rFonts w:asciiTheme="majorHAnsi" w:hAnsiTheme="majorHAnsi" w:cstheme="majorHAnsi"/>
          <w:sz w:val="22"/>
          <w:lang w:val="en-GB"/>
        </w:rPr>
      </w:pPr>
      <w:r w:rsidRPr="00DD2715">
        <w:rPr>
          <w:rFonts w:asciiTheme="majorHAnsi" w:hAnsiTheme="majorHAnsi" w:cstheme="majorHAnsi"/>
          <w:sz w:val="22"/>
          <w:lang w:val="en-GB"/>
        </w:rPr>
        <w:t>Review any uniform-supply arrangements for cost, quality, durability and value for money; and</w:t>
      </w:r>
    </w:p>
    <w:p w14:paraId="6F8D2374" w14:textId="779ED3F0" w:rsidR="007F1D0F" w:rsidRDefault="00DD2715">
      <w:pPr>
        <w:pStyle w:val="ListBullet"/>
        <w:rPr>
          <w:rFonts w:asciiTheme="majorHAnsi" w:hAnsiTheme="majorHAnsi" w:cstheme="majorHAnsi"/>
          <w:sz w:val="22"/>
          <w:lang w:val="en-GB"/>
        </w:rPr>
      </w:pPr>
      <w:r w:rsidRPr="00DD2715">
        <w:rPr>
          <w:rFonts w:asciiTheme="majorHAnsi" w:hAnsiTheme="majorHAnsi" w:cstheme="majorHAnsi"/>
          <w:sz w:val="22"/>
          <w:lang w:val="en-GB"/>
        </w:rPr>
        <w:t>Publish clear uniform and second-hand arrangements on the school website for current and prospective families.</w:t>
      </w:r>
    </w:p>
    <w:p w14:paraId="76BF7750" w14:textId="77777777" w:rsidR="006207A7" w:rsidRDefault="006207A7" w:rsidP="006207A7">
      <w:pPr>
        <w:pStyle w:val="ListBullet"/>
        <w:numPr>
          <w:ilvl w:val="0"/>
          <w:numId w:val="0"/>
        </w:numPr>
        <w:ind w:left="360" w:hanging="360"/>
        <w:rPr>
          <w:rFonts w:asciiTheme="majorHAnsi" w:hAnsiTheme="majorHAnsi" w:cstheme="majorHAnsi"/>
          <w:sz w:val="22"/>
          <w:lang w:val="en-GB"/>
        </w:rPr>
      </w:pPr>
    </w:p>
    <w:p w14:paraId="04EEC83C" w14:textId="77777777" w:rsidR="006207A7" w:rsidRPr="00DD2715" w:rsidRDefault="006207A7" w:rsidP="006207A7">
      <w:pPr>
        <w:pStyle w:val="ListBullet"/>
        <w:numPr>
          <w:ilvl w:val="0"/>
          <w:numId w:val="0"/>
        </w:numPr>
        <w:ind w:left="360" w:hanging="360"/>
        <w:rPr>
          <w:rFonts w:asciiTheme="majorHAnsi" w:hAnsiTheme="majorHAnsi" w:cstheme="majorHAnsi"/>
          <w:sz w:val="22"/>
          <w:lang w:val="en-GB"/>
        </w:rPr>
      </w:pPr>
    </w:p>
    <w:p w14:paraId="149613BA" w14:textId="77777777" w:rsidR="007F1D0F" w:rsidRPr="00DD2715"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lastRenderedPageBreak/>
        <w:t>S</w:t>
      </w:r>
      <w:r w:rsidRPr="00DD2715">
        <w:rPr>
          <w:rFonts w:cstheme="majorHAnsi"/>
          <w:color w:val="7030A0"/>
          <w:sz w:val="22"/>
          <w:szCs w:val="22"/>
          <w:lang w:val="en-GB"/>
        </w:rPr>
        <w:t>econd-hand uniform and support</w:t>
      </w:r>
    </w:p>
    <w:p w14:paraId="5C7F8057" w14:textId="63111FC8" w:rsidR="00E168FA" w:rsidRPr="00DD2715" w:rsidRDefault="00C35932">
      <w:pPr>
        <w:rPr>
          <w:rFonts w:asciiTheme="majorHAnsi" w:hAnsiTheme="majorHAnsi" w:cstheme="majorHAnsi"/>
          <w:sz w:val="22"/>
          <w:lang w:val="en-GB"/>
        </w:rPr>
      </w:pPr>
      <w:r>
        <w:rPr>
          <w:rFonts w:ascii="Calibri" w:hAnsi="Calibri" w:cs="Calibri"/>
          <w:sz w:val="22"/>
        </w:rPr>
        <w:t>All families can get good</w:t>
      </w:r>
      <w:r w:rsidRPr="00DD2715">
        <w:rPr>
          <w:rFonts w:asciiTheme="majorHAnsi" w:hAnsiTheme="majorHAnsi" w:cstheme="majorHAnsi"/>
          <w:sz w:val="22"/>
          <w:lang w:val="en-GB"/>
        </w:rPr>
        <w:t>-quality second-hand uniform</w:t>
      </w:r>
      <w:r>
        <w:rPr>
          <w:rFonts w:ascii="Calibri" w:hAnsi="Calibri" w:cs="Calibri"/>
          <w:sz w:val="22"/>
        </w:rPr>
        <w:t xml:space="preserve">. The school website will explain where </w:t>
      </w:r>
      <w:r w:rsidRPr="00DD2715">
        <w:rPr>
          <w:rFonts w:asciiTheme="majorHAnsi" w:hAnsiTheme="majorHAnsi" w:cstheme="majorHAnsi"/>
          <w:sz w:val="22"/>
          <w:lang w:val="en-GB"/>
        </w:rPr>
        <w:t xml:space="preserve">to </w:t>
      </w:r>
      <w:r>
        <w:rPr>
          <w:rFonts w:ascii="Calibri" w:hAnsi="Calibri" w:cs="Calibri"/>
          <w:sz w:val="22"/>
        </w:rPr>
        <w:t xml:space="preserve">find it </w:t>
      </w:r>
      <w:r w:rsidRPr="00862A55">
        <w:rPr>
          <w:rFonts w:ascii="Calibri" w:hAnsi="Calibri"/>
          <w:sz w:val="22"/>
        </w:rPr>
        <w:t xml:space="preserve">and </w:t>
      </w:r>
      <w:r>
        <w:rPr>
          <w:rFonts w:ascii="Calibri" w:hAnsi="Calibri" w:cs="Calibri"/>
          <w:sz w:val="22"/>
        </w:rPr>
        <w:t>how to request</w:t>
      </w:r>
      <w:r w:rsidRPr="00862A55">
        <w:rPr>
          <w:rFonts w:ascii="Calibri" w:hAnsi="Calibri"/>
          <w:sz w:val="22"/>
        </w:rPr>
        <w:t xml:space="preserve"> it, including for families</w:t>
      </w:r>
      <w:r>
        <w:rPr>
          <w:rFonts w:ascii="Calibri" w:hAnsi="Calibri" w:cs="Calibri"/>
          <w:sz w:val="22"/>
        </w:rPr>
        <w:t xml:space="preserve"> whose children have not yet joined</w:t>
      </w:r>
      <w:r w:rsidRPr="00862A55">
        <w:rPr>
          <w:rFonts w:ascii="Calibri" w:hAnsi="Calibri"/>
          <w:sz w:val="22"/>
        </w:rPr>
        <w:t xml:space="preserve"> the school. Families </w:t>
      </w:r>
      <w:r>
        <w:rPr>
          <w:rFonts w:ascii="Calibri" w:hAnsi="Calibri" w:cs="Calibri"/>
          <w:sz w:val="22"/>
        </w:rPr>
        <w:t>can</w:t>
      </w:r>
      <w:r w:rsidRPr="00DD2715">
        <w:rPr>
          <w:rFonts w:asciiTheme="majorHAnsi" w:hAnsiTheme="majorHAnsi" w:cstheme="majorHAnsi"/>
          <w:sz w:val="22"/>
          <w:lang w:val="en-GB"/>
        </w:rPr>
        <w:t xml:space="preserve"> also contact the school office privately</w:t>
      </w:r>
      <w:r>
        <w:rPr>
          <w:rFonts w:ascii="Calibri" w:hAnsi="Calibri" w:cs="Calibri"/>
          <w:sz w:val="22"/>
        </w:rPr>
        <w:t xml:space="preserve"> for help</w:t>
      </w:r>
      <w:r w:rsidRPr="00DD2715">
        <w:rPr>
          <w:rFonts w:asciiTheme="majorHAnsi" w:hAnsiTheme="majorHAnsi" w:cstheme="majorHAnsi"/>
          <w:sz w:val="22"/>
          <w:lang w:val="en-GB"/>
        </w:rPr>
        <w:t>.</w:t>
      </w:r>
    </w:p>
    <w:p w14:paraId="226B652C" w14:textId="47635D3E" w:rsidR="00E168FA" w:rsidRPr="00DD2715" w:rsidRDefault="0085754A">
      <w:pPr>
        <w:rPr>
          <w:rFonts w:asciiTheme="majorHAnsi" w:hAnsiTheme="majorHAnsi" w:cstheme="majorHAnsi"/>
          <w:sz w:val="22"/>
          <w:lang w:val="en-GB"/>
        </w:rPr>
      </w:pPr>
      <w:r>
        <w:rPr>
          <w:rFonts w:ascii="Calibri" w:hAnsi="Calibri" w:cs="Calibri"/>
          <w:sz w:val="22"/>
        </w:rPr>
        <w:t>If paying for</w:t>
      </w:r>
      <w:r w:rsidRPr="00DD2715">
        <w:rPr>
          <w:rFonts w:asciiTheme="majorHAnsi" w:hAnsiTheme="majorHAnsi" w:cstheme="majorHAnsi"/>
          <w:sz w:val="22"/>
          <w:lang w:val="en-GB"/>
        </w:rPr>
        <w:t xml:space="preserve"> uniform </w:t>
      </w:r>
      <w:r>
        <w:rPr>
          <w:rFonts w:ascii="Calibri" w:hAnsi="Calibri" w:cs="Calibri"/>
          <w:sz w:val="22"/>
        </w:rPr>
        <w:t>is difficult, please</w:t>
      </w:r>
      <w:r w:rsidRPr="00DD2715">
        <w:rPr>
          <w:rFonts w:asciiTheme="majorHAnsi" w:hAnsiTheme="majorHAnsi" w:cstheme="majorHAnsi"/>
          <w:sz w:val="22"/>
          <w:lang w:val="en-GB"/>
        </w:rPr>
        <w:t xml:space="preserve"> speak </w:t>
      </w:r>
      <w:r>
        <w:rPr>
          <w:rFonts w:ascii="Calibri" w:hAnsi="Calibri" w:cs="Calibri"/>
          <w:sz w:val="22"/>
        </w:rPr>
        <w:t>privately</w:t>
      </w:r>
      <w:r w:rsidRPr="00DD2715">
        <w:rPr>
          <w:rFonts w:asciiTheme="majorHAnsi" w:hAnsiTheme="majorHAnsi" w:cstheme="majorHAnsi"/>
          <w:sz w:val="22"/>
          <w:lang w:val="en-GB"/>
        </w:rPr>
        <w:t xml:space="preserve"> to the school office. The school may </w:t>
      </w:r>
      <w:r>
        <w:rPr>
          <w:rFonts w:ascii="Calibri" w:hAnsi="Calibri" w:cs="Calibri"/>
          <w:sz w:val="22"/>
        </w:rPr>
        <w:t xml:space="preserve">be able to </w:t>
      </w:r>
      <w:r w:rsidRPr="00DD2715">
        <w:rPr>
          <w:rFonts w:asciiTheme="majorHAnsi" w:hAnsiTheme="majorHAnsi" w:cstheme="majorHAnsi"/>
          <w:sz w:val="22"/>
          <w:lang w:val="en-GB"/>
        </w:rPr>
        <w:t xml:space="preserve">provide or </w:t>
      </w:r>
      <w:r>
        <w:rPr>
          <w:rFonts w:ascii="Calibri" w:hAnsi="Calibri" w:cs="Calibri"/>
          <w:sz w:val="22"/>
        </w:rPr>
        <w:t>lend</w:t>
      </w:r>
      <w:r w:rsidRPr="00DD2715">
        <w:rPr>
          <w:rFonts w:asciiTheme="majorHAnsi" w:hAnsiTheme="majorHAnsi" w:cstheme="majorHAnsi"/>
          <w:sz w:val="22"/>
          <w:lang w:val="en-GB"/>
        </w:rPr>
        <w:t xml:space="preserve"> items, help </w:t>
      </w:r>
      <w:r>
        <w:rPr>
          <w:rFonts w:ascii="Calibri" w:hAnsi="Calibri" w:cs="Calibri"/>
          <w:sz w:val="22"/>
        </w:rPr>
        <w:t>you find</w:t>
      </w:r>
      <w:r w:rsidRPr="00DD2715">
        <w:rPr>
          <w:rFonts w:asciiTheme="majorHAnsi" w:hAnsiTheme="majorHAnsi" w:cstheme="majorHAnsi"/>
          <w:sz w:val="22"/>
          <w:lang w:val="en-GB"/>
        </w:rPr>
        <w:t xml:space="preserve"> second-hand uniform, or agree </w:t>
      </w:r>
      <w:r>
        <w:rPr>
          <w:rFonts w:ascii="Calibri" w:hAnsi="Calibri" w:cs="Calibri"/>
          <w:sz w:val="22"/>
        </w:rPr>
        <w:t>that your child can wear something different for a short time. We</w:t>
      </w:r>
      <w:r w:rsidRPr="00862A55">
        <w:rPr>
          <w:rFonts w:ascii="Calibri" w:hAnsi="Calibri"/>
          <w:sz w:val="22"/>
        </w:rPr>
        <w:t xml:space="preserve"> will </w:t>
      </w:r>
      <w:r>
        <w:rPr>
          <w:rFonts w:ascii="Calibri" w:hAnsi="Calibri" w:cs="Calibri"/>
          <w:sz w:val="22"/>
        </w:rPr>
        <w:t>offer help privately</w:t>
      </w:r>
      <w:r w:rsidRPr="00862A55">
        <w:rPr>
          <w:rFonts w:ascii="Calibri" w:hAnsi="Calibri"/>
          <w:sz w:val="22"/>
        </w:rPr>
        <w:t xml:space="preserve"> and </w:t>
      </w:r>
      <w:r>
        <w:rPr>
          <w:rFonts w:ascii="Calibri" w:hAnsi="Calibri" w:cs="Calibri"/>
          <w:sz w:val="22"/>
        </w:rPr>
        <w:t>respectfully</w:t>
      </w:r>
      <w:r w:rsidRPr="00862A55">
        <w:rPr>
          <w:rFonts w:ascii="Calibri" w:hAnsi="Calibri"/>
          <w:sz w:val="22"/>
        </w:rPr>
        <w:t>.</w:t>
      </w:r>
    </w:p>
    <w:p w14:paraId="0D14FB1D" w14:textId="77777777" w:rsidR="007F1D0F" w:rsidRPr="00DD2715"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t>Equality, religion and individual needs</w:t>
      </w:r>
    </w:p>
    <w:p w14:paraId="78F24EDD" w14:textId="2C56E9B4" w:rsidR="00E168FA" w:rsidRPr="00DD2715" w:rsidRDefault="00862A55">
      <w:pPr>
        <w:rPr>
          <w:rFonts w:asciiTheme="majorHAnsi" w:hAnsiTheme="majorHAnsi" w:cstheme="majorHAnsi"/>
          <w:sz w:val="22"/>
          <w:lang w:val="en-GB"/>
        </w:rPr>
      </w:pPr>
      <w:r>
        <w:rPr>
          <w:rFonts w:ascii="Calibri" w:hAnsi="Calibri" w:cs="Calibri"/>
          <w:sz w:val="22"/>
        </w:rPr>
        <w:t>All children</w:t>
      </w:r>
      <w:r w:rsidR="009626A4">
        <w:rPr>
          <w:rFonts w:ascii="Calibri" w:hAnsi="Calibri" w:cs="Calibri"/>
          <w:sz w:val="22"/>
        </w:rPr>
        <w:t xml:space="preserve"> may choose from the</w:t>
      </w:r>
      <w:r w:rsidRPr="00862A55">
        <w:rPr>
          <w:rFonts w:ascii="Calibri" w:hAnsi="Calibri"/>
          <w:sz w:val="22"/>
        </w:rPr>
        <w:t xml:space="preserve"> uniform options. </w:t>
      </w:r>
      <w:r w:rsidR="009626A4">
        <w:rPr>
          <w:rFonts w:ascii="Calibri" w:hAnsi="Calibri" w:cs="Calibri"/>
          <w:sz w:val="22"/>
        </w:rPr>
        <w:t>We</w:t>
      </w:r>
      <w:r w:rsidRPr="00DD2715">
        <w:rPr>
          <w:rFonts w:asciiTheme="majorHAnsi" w:hAnsiTheme="majorHAnsi" w:cstheme="majorHAnsi"/>
          <w:sz w:val="22"/>
          <w:lang w:val="en-GB"/>
        </w:rPr>
        <w:t xml:space="preserve"> will consider </w:t>
      </w:r>
      <w:r w:rsidR="009626A4">
        <w:rPr>
          <w:rFonts w:ascii="Calibri" w:hAnsi="Calibri" w:cs="Calibri"/>
          <w:sz w:val="22"/>
        </w:rPr>
        <w:t>changes</w:t>
      </w:r>
      <w:r w:rsidRPr="00DD2715">
        <w:rPr>
          <w:rFonts w:asciiTheme="majorHAnsi" w:hAnsiTheme="majorHAnsi" w:cstheme="majorHAnsi"/>
          <w:sz w:val="22"/>
          <w:lang w:val="en-GB"/>
        </w:rPr>
        <w:t xml:space="preserve"> where </w:t>
      </w:r>
      <w:r w:rsidR="009626A4">
        <w:rPr>
          <w:rFonts w:ascii="Calibri" w:hAnsi="Calibri" w:cs="Calibri"/>
          <w:sz w:val="22"/>
        </w:rPr>
        <w:t>a child needs them. This includes</w:t>
      </w:r>
      <w:r w:rsidRPr="00DD2715">
        <w:rPr>
          <w:rFonts w:asciiTheme="majorHAnsi" w:hAnsiTheme="majorHAnsi" w:cstheme="majorHAnsi"/>
          <w:sz w:val="22"/>
          <w:lang w:val="en-GB"/>
        </w:rPr>
        <w:t xml:space="preserve"> reasonable adjustments for disabled children and children with special educational needs, sensory needs or medical conditions. </w:t>
      </w:r>
      <w:r w:rsidR="009626A4">
        <w:rPr>
          <w:rFonts w:ascii="Calibri" w:hAnsi="Calibri" w:cs="Calibri"/>
          <w:sz w:val="22"/>
        </w:rPr>
        <w:t>Children may wear adaptive</w:t>
      </w:r>
      <w:r w:rsidRPr="00862A55">
        <w:rPr>
          <w:rFonts w:ascii="Calibri" w:hAnsi="Calibri"/>
          <w:sz w:val="22"/>
        </w:rPr>
        <w:t xml:space="preserve"> uniform.</w:t>
      </w:r>
    </w:p>
    <w:p w14:paraId="02C8717F" w14:textId="798C9DC2" w:rsidR="00E168FA" w:rsidRPr="00DD2715" w:rsidRDefault="00A424B1">
      <w:pPr>
        <w:rPr>
          <w:rFonts w:asciiTheme="majorHAnsi" w:hAnsiTheme="majorHAnsi" w:cstheme="majorHAnsi"/>
          <w:sz w:val="22"/>
          <w:lang w:val="en-GB"/>
        </w:rPr>
      </w:pPr>
      <w:r>
        <w:rPr>
          <w:rFonts w:ascii="Calibri" w:hAnsi="Calibri" w:cs="Calibri"/>
          <w:sz w:val="22"/>
        </w:rPr>
        <w:t>We</w:t>
      </w:r>
      <w:r w:rsidRPr="00DD2715">
        <w:rPr>
          <w:rFonts w:asciiTheme="majorHAnsi" w:hAnsiTheme="majorHAnsi" w:cstheme="majorHAnsi"/>
          <w:sz w:val="22"/>
          <w:lang w:val="en-GB"/>
        </w:rPr>
        <w:t xml:space="preserve"> will </w:t>
      </w:r>
      <w:r>
        <w:rPr>
          <w:rFonts w:ascii="Calibri" w:hAnsi="Calibri" w:cs="Calibri"/>
          <w:sz w:val="22"/>
        </w:rPr>
        <w:t>do our best to meet a child’s</w:t>
      </w:r>
      <w:r w:rsidRPr="00DD2715">
        <w:rPr>
          <w:rFonts w:asciiTheme="majorHAnsi" w:hAnsiTheme="majorHAnsi" w:cstheme="majorHAnsi"/>
          <w:sz w:val="22"/>
          <w:lang w:val="en-GB"/>
        </w:rPr>
        <w:t xml:space="preserve"> religious </w:t>
      </w:r>
      <w:r>
        <w:rPr>
          <w:rFonts w:ascii="Calibri" w:hAnsi="Calibri" w:cs="Calibri"/>
          <w:sz w:val="22"/>
        </w:rPr>
        <w:t>or</w:t>
      </w:r>
      <w:r w:rsidRPr="00DD2715">
        <w:rPr>
          <w:rFonts w:asciiTheme="majorHAnsi" w:hAnsiTheme="majorHAnsi" w:cstheme="majorHAnsi"/>
          <w:sz w:val="22"/>
          <w:lang w:val="en-GB"/>
        </w:rPr>
        <w:t xml:space="preserve"> cultural </w:t>
      </w:r>
      <w:r>
        <w:rPr>
          <w:rFonts w:ascii="Calibri" w:hAnsi="Calibri" w:cs="Calibri"/>
          <w:sz w:val="22"/>
        </w:rPr>
        <w:t xml:space="preserve">needs, including </w:t>
      </w:r>
      <w:r w:rsidRPr="00DD2715">
        <w:rPr>
          <w:rFonts w:asciiTheme="majorHAnsi" w:hAnsiTheme="majorHAnsi" w:cstheme="majorHAnsi"/>
          <w:sz w:val="22"/>
          <w:lang w:val="en-GB"/>
        </w:rPr>
        <w:t xml:space="preserve">dress, hairstyles, head coverings and articles of faith. </w:t>
      </w:r>
      <w:r>
        <w:rPr>
          <w:rFonts w:ascii="Calibri" w:hAnsi="Calibri" w:cs="Calibri"/>
          <w:sz w:val="22"/>
        </w:rPr>
        <w:t>We</w:t>
      </w:r>
      <w:r w:rsidRPr="00DD2715">
        <w:rPr>
          <w:rFonts w:asciiTheme="majorHAnsi" w:hAnsiTheme="majorHAnsi" w:cstheme="majorHAnsi"/>
          <w:sz w:val="22"/>
          <w:lang w:val="en-GB"/>
        </w:rPr>
        <w:t xml:space="preserve"> will </w:t>
      </w:r>
      <w:r>
        <w:rPr>
          <w:rFonts w:ascii="Calibri" w:hAnsi="Calibri" w:cs="Calibri"/>
          <w:sz w:val="22"/>
        </w:rPr>
        <w:t>only limit these where there is</w:t>
      </w:r>
      <w:r w:rsidRPr="00DD2715">
        <w:rPr>
          <w:rFonts w:asciiTheme="majorHAnsi" w:hAnsiTheme="majorHAnsi" w:cstheme="majorHAnsi"/>
          <w:sz w:val="22"/>
          <w:lang w:val="en-GB"/>
        </w:rPr>
        <w:t xml:space="preserve"> a genuine health, safety or safeguarding reason</w:t>
      </w:r>
      <w:r>
        <w:rPr>
          <w:rFonts w:ascii="Calibri" w:hAnsi="Calibri" w:cs="Calibri"/>
          <w:sz w:val="22"/>
        </w:rPr>
        <w:t>, and any limit will go no further than necessary.</w:t>
      </w:r>
      <w:r w:rsidRPr="00DD2715">
        <w:rPr>
          <w:rFonts w:asciiTheme="majorHAnsi" w:hAnsiTheme="majorHAnsi" w:cstheme="majorHAnsi"/>
          <w:sz w:val="22"/>
          <w:lang w:val="en-GB"/>
        </w:rPr>
        <w:t xml:space="preserve"> Families should speak with the Headteacher so that </w:t>
      </w:r>
      <w:r>
        <w:rPr>
          <w:rFonts w:ascii="Calibri" w:hAnsi="Calibri" w:cs="Calibri"/>
          <w:sz w:val="22"/>
        </w:rPr>
        <w:t>we can agree a suitable</w:t>
      </w:r>
      <w:r w:rsidRPr="00862A55">
        <w:rPr>
          <w:rFonts w:ascii="Calibri" w:hAnsi="Calibri"/>
          <w:sz w:val="22"/>
        </w:rPr>
        <w:t xml:space="preserve"> arrangement </w:t>
      </w:r>
      <w:r>
        <w:rPr>
          <w:rFonts w:ascii="Calibri" w:hAnsi="Calibri" w:cs="Calibri"/>
          <w:sz w:val="22"/>
        </w:rPr>
        <w:t>together</w:t>
      </w:r>
      <w:r w:rsidRPr="00862A55">
        <w:rPr>
          <w:rFonts w:ascii="Calibri" w:hAnsi="Calibri"/>
          <w:sz w:val="22"/>
        </w:rPr>
        <w:t>.</w:t>
      </w:r>
    </w:p>
    <w:p w14:paraId="5EB6B654" w14:textId="77777777" w:rsidR="007F1D0F" w:rsidRPr="00DD2715"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t>Weather and exceptional circumstances</w:t>
      </w:r>
    </w:p>
    <w:p w14:paraId="227DA044" w14:textId="25CCA658" w:rsidR="007F1D0F" w:rsidRPr="00DD2715" w:rsidRDefault="005615A7">
      <w:pPr>
        <w:rPr>
          <w:rFonts w:asciiTheme="majorHAnsi" w:hAnsiTheme="majorHAnsi" w:cstheme="majorHAnsi"/>
          <w:sz w:val="22"/>
          <w:lang w:val="en-GB"/>
        </w:rPr>
      </w:pPr>
      <w:r w:rsidRPr="00DD2715">
        <w:rPr>
          <w:rFonts w:asciiTheme="majorHAnsi" w:hAnsiTheme="majorHAnsi" w:cstheme="majorHAnsi"/>
          <w:sz w:val="22"/>
          <w:lang w:val="en-GB"/>
        </w:rPr>
        <w:t xml:space="preserve">The </w:t>
      </w:r>
      <w:r w:rsidR="00FF6E76" w:rsidRPr="00DD2715">
        <w:rPr>
          <w:rFonts w:asciiTheme="majorHAnsi" w:hAnsiTheme="majorHAnsi" w:cstheme="majorHAnsi"/>
          <w:sz w:val="22"/>
          <w:lang w:val="en-GB"/>
        </w:rPr>
        <w:t>Headteacher</w:t>
      </w:r>
      <w:r w:rsidRPr="00DD2715">
        <w:rPr>
          <w:rFonts w:asciiTheme="majorHAnsi" w:hAnsiTheme="majorHAnsi" w:cstheme="majorHAnsi"/>
          <w:sz w:val="22"/>
          <w:lang w:val="en-GB"/>
        </w:rPr>
        <w:t xml:space="preserve"> may temporarily adapt uniform expectations during extreme or adverse weather or where this supports a child’s attendance, health or wellbeing. Children may wear practical outerwear needed to travel safely to and from school, including visible or reflective clothing in poor light.</w:t>
      </w:r>
    </w:p>
    <w:p w14:paraId="487A22D3" w14:textId="77777777" w:rsidR="007F1D0F" w:rsidRPr="00DD2715"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t>When uniform expectations are not met</w:t>
      </w:r>
    </w:p>
    <w:p w14:paraId="1096D57E" w14:textId="5082CAA4" w:rsidR="00E168FA" w:rsidRPr="00DD2715" w:rsidRDefault="005615A7">
      <w:pPr>
        <w:rPr>
          <w:rFonts w:asciiTheme="majorHAnsi" w:hAnsiTheme="majorHAnsi" w:cstheme="majorHAnsi"/>
          <w:sz w:val="22"/>
          <w:lang w:val="en-GB"/>
        </w:rPr>
      </w:pPr>
      <w:r w:rsidRPr="00DD2715">
        <w:rPr>
          <w:rFonts w:asciiTheme="majorHAnsi" w:hAnsiTheme="majorHAnsi" w:cstheme="majorHAnsi"/>
          <w:sz w:val="22"/>
          <w:lang w:val="en-GB"/>
        </w:rPr>
        <w:t xml:space="preserve">Staff will </w:t>
      </w:r>
      <w:r w:rsidR="00FA564D">
        <w:rPr>
          <w:rFonts w:ascii="Calibri" w:hAnsi="Calibri" w:cs="Calibri"/>
          <w:sz w:val="22"/>
        </w:rPr>
        <w:t>deal with uniform concerns</w:t>
      </w:r>
      <w:r w:rsidRPr="00DD2715">
        <w:rPr>
          <w:rFonts w:asciiTheme="majorHAnsi" w:hAnsiTheme="majorHAnsi" w:cstheme="majorHAnsi"/>
          <w:sz w:val="22"/>
          <w:lang w:val="en-GB"/>
        </w:rPr>
        <w:t xml:space="preserve"> calmly, privately and </w:t>
      </w:r>
      <w:r w:rsidR="00FA564D">
        <w:rPr>
          <w:rFonts w:ascii="Calibri" w:hAnsi="Calibri" w:cs="Calibri"/>
          <w:sz w:val="22"/>
        </w:rPr>
        <w:t>fairly. Before taking any further action, they</w:t>
      </w:r>
      <w:r w:rsidRPr="00DD2715">
        <w:rPr>
          <w:rFonts w:asciiTheme="majorHAnsi" w:hAnsiTheme="majorHAnsi" w:cstheme="majorHAnsi"/>
          <w:sz w:val="22"/>
          <w:lang w:val="en-GB"/>
        </w:rPr>
        <w:t xml:space="preserve"> will check whether there is a reason outside the child’s control. </w:t>
      </w:r>
      <w:r w:rsidR="00FA564D">
        <w:rPr>
          <w:rFonts w:ascii="Calibri" w:hAnsi="Calibri" w:cs="Calibri"/>
          <w:sz w:val="22"/>
        </w:rPr>
        <w:t>This could include cost, a medical or sensory need, religion or culture, or a safeguarding concern. Where helpful, the</w:t>
      </w:r>
      <w:r w:rsidRPr="00DD2715">
        <w:rPr>
          <w:rFonts w:asciiTheme="majorHAnsi" w:hAnsiTheme="majorHAnsi" w:cstheme="majorHAnsi"/>
          <w:sz w:val="22"/>
          <w:lang w:val="en-GB"/>
        </w:rPr>
        <w:t xml:space="preserve"> school will contact parents and </w:t>
      </w:r>
      <w:r w:rsidR="00FA564D">
        <w:rPr>
          <w:rFonts w:ascii="Calibri" w:hAnsi="Calibri" w:cs="Calibri"/>
          <w:sz w:val="22"/>
        </w:rPr>
        <w:t>find</w:t>
      </w:r>
      <w:r w:rsidRPr="00DD2715">
        <w:rPr>
          <w:rFonts w:asciiTheme="majorHAnsi" w:hAnsiTheme="majorHAnsi" w:cstheme="majorHAnsi"/>
          <w:sz w:val="22"/>
          <w:lang w:val="en-GB"/>
        </w:rPr>
        <w:t xml:space="preserve"> a practical solution, such as </w:t>
      </w:r>
      <w:r w:rsidR="00FA564D">
        <w:rPr>
          <w:rFonts w:ascii="Calibri" w:hAnsi="Calibri" w:cs="Calibri"/>
          <w:sz w:val="22"/>
        </w:rPr>
        <w:t>lending an</w:t>
      </w:r>
      <w:r w:rsidRPr="00DD2715">
        <w:rPr>
          <w:rFonts w:asciiTheme="majorHAnsi" w:hAnsiTheme="majorHAnsi" w:cstheme="majorHAnsi"/>
          <w:sz w:val="22"/>
          <w:lang w:val="en-GB"/>
        </w:rPr>
        <w:t xml:space="preserve"> item or agreeing a </w:t>
      </w:r>
      <w:r w:rsidR="00FA564D">
        <w:rPr>
          <w:rFonts w:ascii="Calibri" w:hAnsi="Calibri" w:cs="Calibri"/>
          <w:sz w:val="22"/>
        </w:rPr>
        <w:t>temporary change</w:t>
      </w:r>
      <w:r w:rsidRPr="00DD2715">
        <w:rPr>
          <w:rFonts w:asciiTheme="majorHAnsi" w:hAnsiTheme="majorHAnsi" w:cstheme="majorHAnsi"/>
          <w:sz w:val="22"/>
          <w:lang w:val="en-GB"/>
        </w:rPr>
        <w:t>.</w:t>
      </w:r>
    </w:p>
    <w:p w14:paraId="0588F847" w14:textId="2E391AE2" w:rsidR="00E168FA" w:rsidRPr="00DD2715" w:rsidRDefault="009A176E">
      <w:pPr>
        <w:rPr>
          <w:rFonts w:asciiTheme="majorHAnsi" w:hAnsiTheme="majorHAnsi" w:cstheme="majorHAnsi"/>
          <w:sz w:val="22"/>
          <w:lang w:val="en-GB"/>
        </w:rPr>
      </w:pPr>
      <w:r>
        <w:rPr>
          <w:rFonts w:ascii="Calibri" w:hAnsi="Calibri" w:cs="Calibri"/>
          <w:sz w:val="22"/>
        </w:rPr>
        <w:t>We will deal with uniform</w:t>
      </w:r>
      <w:r w:rsidRPr="00DD2715">
        <w:rPr>
          <w:rFonts w:asciiTheme="majorHAnsi" w:hAnsiTheme="majorHAnsi" w:cstheme="majorHAnsi"/>
          <w:sz w:val="22"/>
          <w:lang w:val="en-GB"/>
        </w:rPr>
        <w:t xml:space="preserve"> concerns </w:t>
      </w:r>
      <w:r>
        <w:rPr>
          <w:rFonts w:ascii="Calibri" w:hAnsi="Calibri" w:cs="Calibri"/>
          <w:sz w:val="22"/>
        </w:rPr>
        <w:t>fairly and</w:t>
      </w:r>
      <w:r w:rsidRPr="00862A55">
        <w:rPr>
          <w:rFonts w:ascii="Calibri" w:hAnsi="Calibri"/>
          <w:sz w:val="22"/>
        </w:rPr>
        <w:t xml:space="preserve"> </w:t>
      </w:r>
      <w:r w:rsidRPr="00DD2715">
        <w:rPr>
          <w:rFonts w:asciiTheme="majorHAnsi" w:hAnsiTheme="majorHAnsi" w:cstheme="majorHAnsi"/>
          <w:sz w:val="22"/>
          <w:lang w:val="en-GB"/>
        </w:rPr>
        <w:t xml:space="preserve">in line with the </w:t>
      </w:r>
      <w:r>
        <w:rPr>
          <w:rFonts w:ascii="Calibri" w:hAnsi="Calibri" w:cs="Calibri"/>
          <w:sz w:val="22"/>
        </w:rPr>
        <w:t xml:space="preserve">school’s </w:t>
      </w:r>
      <w:r w:rsidRPr="00DD2715">
        <w:rPr>
          <w:rFonts w:asciiTheme="majorHAnsi" w:hAnsiTheme="majorHAnsi" w:cstheme="majorHAnsi"/>
          <w:sz w:val="22"/>
          <w:lang w:val="en-GB"/>
        </w:rPr>
        <w:t xml:space="preserve">behaviour policy. A child will not miss </w:t>
      </w:r>
      <w:r>
        <w:rPr>
          <w:rFonts w:ascii="Calibri" w:hAnsi="Calibri" w:cs="Calibri"/>
          <w:sz w:val="22"/>
        </w:rPr>
        <w:t>lessons</w:t>
      </w:r>
      <w:r w:rsidRPr="00DD2715">
        <w:rPr>
          <w:rFonts w:asciiTheme="majorHAnsi" w:hAnsiTheme="majorHAnsi" w:cstheme="majorHAnsi"/>
          <w:sz w:val="22"/>
          <w:lang w:val="en-GB"/>
        </w:rPr>
        <w:t xml:space="preserve">, breaktime, PE, a club or </w:t>
      </w:r>
      <w:r>
        <w:rPr>
          <w:rFonts w:ascii="Calibri" w:hAnsi="Calibri" w:cs="Calibri"/>
          <w:sz w:val="22"/>
        </w:rPr>
        <w:t>any other part</w:t>
      </w:r>
      <w:r w:rsidRPr="00DD2715">
        <w:rPr>
          <w:rFonts w:asciiTheme="majorHAnsi" w:hAnsiTheme="majorHAnsi" w:cstheme="majorHAnsi"/>
          <w:sz w:val="22"/>
          <w:lang w:val="en-GB"/>
        </w:rPr>
        <w:t xml:space="preserve"> of school life because their family cannot afford the correct uniform. </w:t>
      </w:r>
      <w:r>
        <w:rPr>
          <w:rFonts w:ascii="Calibri" w:hAnsi="Calibri" w:cs="Calibri"/>
          <w:sz w:val="22"/>
        </w:rPr>
        <w:t>If the school considers a</w:t>
      </w:r>
      <w:r w:rsidRPr="00DD2715">
        <w:rPr>
          <w:rFonts w:asciiTheme="majorHAnsi" w:hAnsiTheme="majorHAnsi" w:cstheme="majorHAnsi"/>
          <w:sz w:val="22"/>
          <w:lang w:val="en-GB"/>
        </w:rPr>
        <w:t xml:space="preserve"> formal </w:t>
      </w:r>
      <w:r>
        <w:rPr>
          <w:rFonts w:ascii="Calibri" w:hAnsi="Calibri" w:cs="Calibri"/>
          <w:sz w:val="22"/>
        </w:rPr>
        <w:t>consequence, it</w:t>
      </w:r>
      <w:r w:rsidRPr="00DD2715">
        <w:rPr>
          <w:rFonts w:asciiTheme="majorHAnsi" w:hAnsiTheme="majorHAnsi" w:cstheme="majorHAnsi"/>
          <w:sz w:val="22"/>
          <w:lang w:val="en-GB"/>
        </w:rPr>
        <w:t xml:space="preserve"> must follow the behaviour policy and relevant </w:t>
      </w:r>
      <w:r>
        <w:rPr>
          <w:rFonts w:ascii="Calibri" w:hAnsi="Calibri" w:cs="Calibri"/>
          <w:sz w:val="22"/>
        </w:rPr>
        <w:t>legal</w:t>
      </w:r>
      <w:r w:rsidRPr="00DD2715">
        <w:rPr>
          <w:rFonts w:asciiTheme="majorHAnsi" w:hAnsiTheme="majorHAnsi" w:cstheme="majorHAnsi"/>
          <w:sz w:val="22"/>
          <w:lang w:val="en-GB"/>
        </w:rPr>
        <w:t xml:space="preserve"> guidance.</w:t>
      </w:r>
    </w:p>
    <w:p w14:paraId="72A9636D" w14:textId="77777777" w:rsidR="007F1D0F" w:rsidRPr="00DD2715"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t>Roles and responsibilities</w:t>
      </w:r>
    </w:p>
    <w:p w14:paraId="6758502B" w14:textId="7A6CAA9C" w:rsidR="007F1D0F" w:rsidRPr="00DD2715" w:rsidRDefault="00FF6E76" w:rsidP="002A1632">
      <w:pPr>
        <w:pStyle w:val="Heading1"/>
        <w:spacing w:after="0"/>
        <w:rPr>
          <w:rFonts w:cstheme="majorHAnsi"/>
          <w:color w:val="000000" w:themeColor="text1"/>
          <w:sz w:val="22"/>
          <w:szCs w:val="22"/>
          <w:lang w:val="en-GB"/>
        </w:rPr>
      </w:pPr>
      <w:r w:rsidRPr="00DD2715">
        <w:rPr>
          <w:rFonts w:cstheme="majorHAnsi"/>
          <w:color w:val="000000" w:themeColor="text1"/>
          <w:sz w:val="22"/>
          <w:szCs w:val="22"/>
          <w:lang w:val="en-GB"/>
        </w:rPr>
        <w:t>Academy Standards and Ethos Committee (ASEC – local governors)</w:t>
      </w:r>
    </w:p>
    <w:p w14:paraId="42088053" w14:textId="511DCB97" w:rsidR="00E168FA" w:rsidRPr="00DD2715" w:rsidRDefault="005615A7">
      <w:pPr>
        <w:rPr>
          <w:rFonts w:asciiTheme="majorHAnsi" w:hAnsiTheme="majorHAnsi" w:cstheme="majorHAnsi"/>
          <w:sz w:val="22"/>
          <w:lang w:val="en-GB"/>
        </w:rPr>
      </w:pPr>
      <w:r w:rsidRPr="00862A55">
        <w:rPr>
          <w:rFonts w:ascii="Calibri" w:hAnsi="Calibri"/>
          <w:sz w:val="22"/>
        </w:rPr>
        <w:t xml:space="preserve">The </w:t>
      </w:r>
      <w:r w:rsidR="00862A55">
        <w:rPr>
          <w:rFonts w:ascii="Calibri" w:hAnsi="Calibri" w:cs="Calibri"/>
          <w:sz w:val="22"/>
        </w:rPr>
        <w:t>ASEC</w:t>
      </w:r>
      <w:r w:rsidR="00B27B6A">
        <w:rPr>
          <w:rFonts w:ascii="Calibri" w:hAnsi="Calibri" w:cs="Calibri"/>
          <w:sz w:val="22"/>
        </w:rPr>
        <w:t xml:space="preserve"> checks that </w:t>
      </w:r>
      <w:r w:rsidRPr="00862A55">
        <w:rPr>
          <w:rFonts w:ascii="Calibri" w:hAnsi="Calibri"/>
          <w:sz w:val="22"/>
        </w:rPr>
        <w:t>this policy</w:t>
      </w:r>
      <w:r w:rsidR="00B27B6A">
        <w:rPr>
          <w:rFonts w:ascii="Calibri" w:hAnsi="Calibri" w:cs="Calibri"/>
          <w:sz w:val="22"/>
        </w:rPr>
        <w:t xml:space="preserve"> follows government</w:t>
      </w:r>
      <w:r w:rsidRPr="00862A55">
        <w:rPr>
          <w:rFonts w:ascii="Calibri" w:hAnsi="Calibri"/>
          <w:sz w:val="22"/>
        </w:rPr>
        <w:t xml:space="preserve"> guidance</w:t>
      </w:r>
      <w:r w:rsidR="00B27B6A">
        <w:rPr>
          <w:rFonts w:ascii="Calibri" w:hAnsi="Calibri" w:cs="Calibri"/>
          <w:sz w:val="22"/>
        </w:rPr>
        <w:t xml:space="preserve"> and the law. It also checks that the uniform is</w:t>
      </w:r>
      <w:r w:rsidRPr="00862A55">
        <w:rPr>
          <w:rFonts w:ascii="Calibri" w:hAnsi="Calibri"/>
          <w:sz w:val="22"/>
        </w:rPr>
        <w:t xml:space="preserve"> affordable and </w:t>
      </w:r>
      <w:r w:rsidR="00B27B6A">
        <w:rPr>
          <w:rFonts w:ascii="Calibri" w:hAnsi="Calibri" w:cs="Calibri"/>
          <w:sz w:val="22"/>
        </w:rPr>
        <w:t>considers how</w:t>
      </w:r>
      <w:r w:rsidRPr="00862A55">
        <w:rPr>
          <w:rFonts w:ascii="Calibri" w:hAnsi="Calibri"/>
          <w:sz w:val="22"/>
        </w:rPr>
        <w:t xml:space="preserve"> the </w:t>
      </w:r>
      <w:r w:rsidR="00B27B6A">
        <w:rPr>
          <w:rFonts w:ascii="Calibri" w:hAnsi="Calibri" w:cs="Calibri"/>
          <w:sz w:val="22"/>
        </w:rPr>
        <w:t>policy affects</w:t>
      </w:r>
      <w:r w:rsidRPr="00862A55">
        <w:rPr>
          <w:rFonts w:ascii="Calibri" w:hAnsi="Calibri"/>
          <w:sz w:val="22"/>
        </w:rPr>
        <w:t xml:space="preserve"> different groups of children.</w:t>
      </w:r>
    </w:p>
    <w:p w14:paraId="5B2FCFE9" w14:textId="690ECE4C" w:rsidR="007F1D0F" w:rsidRPr="00DD2715" w:rsidRDefault="005615A7" w:rsidP="002A1632">
      <w:pPr>
        <w:pStyle w:val="Heading1"/>
        <w:spacing w:after="0"/>
        <w:rPr>
          <w:rFonts w:cstheme="majorHAnsi"/>
          <w:color w:val="000000" w:themeColor="text1"/>
          <w:sz w:val="22"/>
          <w:szCs w:val="22"/>
          <w:lang w:val="en-GB"/>
        </w:rPr>
      </w:pPr>
      <w:r w:rsidRPr="00DD2715">
        <w:rPr>
          <w:rFonts w:cstheme="majorHAnsi"/>
          <w:color w:val="000000" w:themeColor="text1"/>
          <w:sz w:val="22"/>
          <w:szCs w:val="22"/>
          <w:lang w:val="en-GB"/>
        </w:rPr>
        <w:t xml:space="preserve">The </w:t>
      </w:r>
      <w:r w:rsidR="00FF6E76" w:rsidRPr="00DD2715">
        <w:rPr>
          <w:rFonts w:cstheme="majorHAnsi"/>
          <w:color w:val="000000" w:themeColor="text1"/>
          <w:sz w:val="22"/>
          <w:szCs w:val="22"/>
          <w:lang w:val="en-GB"/>
        </w:rPr>
        <w:t>Headteacher</w:t>
      </w:r>
      <w:r w:rsidR="00DD2715" w:rsidRPr="00DD2715">
        <w:rPr>
          <w:rFonts w:cstheme="majorHAnsi"/>
          <w:color w:val="000000" w:themeColor="text1"/>
          <w:sz w:val="22"/>
          <w:szCs w:val="22"/>
          <w:lang w:val="en-GB"/>
        </w:rPr>
        <w:t xml:space="preserve"> and school staff</w:t>
      </w:r>
    </w:p>
    <w:p w14:paraId="5CD15D94" w14:textId="06CEC770" w:rsidR="007F1D0F" w:rsidRPr="00DD2715" w:rsidRDefault="005615A7">
      <w:pPr>
        <w:rPr>
          <w:rFonts w:asciiTheme="majorHAnsi" w:hAnsiTheme="majorHAnsi" w:cstheme="majorHAnsi"/>
          <w:sz w:val="22"/>
          <w:lang w:val="en-GB"/>
        </w:rPr>
      </w:pPr>
      <w:r w:rsidRPr="00DD2715">
        <w:rPr>
          <w:rFonts w:asciiTheme="majorHAnsi" w:hAnsiTheme="majorHAnsi" w:cstheme="majorHAnsi"/>
          <w:sz w:val="22"/>
          <w:lang w:val="en-GB"/>
        </w:rPr>
        <w:t xml:space="preserve">The </w:t>
      </w:r>
      <w:r w:rsidR="00FF6E76" w:rsidRPr="00DD2715">
        <w:rPr>
          <w:rFonts w:asciiTheme="majorHAnsi" w:hAnsiTheme="majorHAnsi" w:cstheme="majorHAnsi"/>
          <w:sz w:val="22"/>
          <w:lang w:val="en-GB"/>
        </w:rPr>
        <w:t>Headteacher</w:t>
      </w:r>
      <w:r w:rsidRPr="00DD2715">
        <w:rPr>
          <w:rFonts w:asciiTheme="majorHAnsi" w:hAnsiTheme="majorHAnsi" w:cstheme="majorHAnsi"/>
          <w:sz w:val="22"/>
          <w:lang w:val="en-GB"/>
        </w:rPr>
        <w:t xml:space="preserve"> implements the policy fairly, ensures reasonable adjustments and support are considered, and keeps uniform information current and accessible.</w:t>
      </w:r>
      <w:r w:rsidR="00DD2715" w:rsidRPr="00DD2715">
        <w:rPr>
          <w:rFonts w:asciiTheme="majorHAnsi" w:hAnsiTheme="majorHAnsi" w:cstheme="majorHAnsi"/>
          <w:sz w:val="22"/>
          <w:lang w:val="en-GB"/>
        </w:rPr>
        <w:t xml:space="preserve">  </w:t>
      </w:r>
      <w:r w:rsidRPr="00DD2715">
        <w:rPr>
          <w:rFonts w:asciiTheme="majorHAnsi" w:hAnsiTheme="majorHAnsi" w:cstheme="majorHAnsi"/>
          <w:sz w:val="22"/>
          <w:lang w:val="en-GB"/>
        </w:rPr>
        <w:t>Staff model and reinforce expectations consistently, avoid public correction or shaming, and raise any concern about hardship, discrimination or wellbeing with the appropriate leader.</w:t>
      </w:r>
    </w:p>
    <w:p w14:paraId="66FFDF37" w14:textId="77777777" w:rsidR="007F1D0F" w:rsidRPr="00DD2715" w:rsidRDefault="005615A7" w:rsidP="002A1632">
      <w:pPr>
        <w:pStyle w:val="Heading1"/>
        <w:spacing w:after="0"/>
        <w:rPr>
          <w:rFonts w:cstheme="majorHAnsi"/>
          <w:color w:val="000000" w:themeColor="text1"/>
          <w:sz w:val="22"/>
          <w:szCs w:val="22"/>
          <w:lang w:val="en-GB"/>
        </w:rPr>
      </w:pPr>
      <w:r w:rsidRPr="00DD2715">
        <w:rPr>
          <w:rFonts w:cstheme="majorHAnsi"/>
          <w:color w:val="000000" w:themeColor="text1"/>
          <w:sz w:val="22"/>
          <w:szCs w:val="22"/>
          <w:lang w:val="en-GB"/>
        </w:rPr>
        <w:t>Parents and carers</w:t>
      </w:r>
    </w:p>
    <w:p w14:paraId="012322C4" w14:textId="77777777" w:rsidR="007F1D0F" w:rsidRPr="00DD2715" w:rsidRDefault="005615A7">
      <w:pPr>
        <w:rPr>
          <w:rFonts w:asciiTheme="majorHAnsi" w:hAnsiTheme="majorHAnsi" w:cstheme="majorHAnsi"/>
          <w:sz w:val="22"/>
          <w:lang w:val="en-GB"/>
        </w:rPr>
      </w:pPr>
      <w:r w:rsidRPr="00DD2715">
        <w:rPr>
          <w:rFonts w:asciiTheme="majorHAnsi" w:hAnsiTheme="majorHAnsi" w:cstheme="majorHAnsi"/>
          <w:sz w:val="22"/>
          <w:lang w:val="en-GB"/>
        </w:rPr>
        <w:t>Parents and carers are asked to provide the required uniform, label items, contact the school early if support or an adjustment is needed, and work with the school to resolve concerns.</w:t>
      </w:r>
    </w:p>
    <w:p w14:paraId="3BF96E41" w14:textId="77777777" w:rsidR="007F1D0F" w:rsidRPr="00DD2715" w:rsidRDefault="005615A7" w:rsidP="002A1632">
      <w:pPr>
        <w:pStyle w:val="Heading1"/>
        <w:spacing w:after="0"/>
        <w:rPr>
          <w:rFonts w:cstheme="majorHAnsi"/>
          <w:color w:val="000000" w:themeColor="text1"/>
          <w:sz w:val="22"/>
          <w:szCs w:val="22"/>
          <w:lang w:val="en-GB"/>
        </w:rPr>
      </w:pPr>
      <w:r w:rsidRPr="00DD2715">
        <w:rPr>
          <w:rFonts w:cstheme="majorHAnsi"/>
          <w:color w:val="000000" w:themeColor="text1"/>
          <w:sz w:val="22"/>
          <w:szCs w:val="22"/>
          <w:lang w:val="en-GB"/>
        </w:rPr>
        <w:t>Children</w:t>
      </w:r>
    </w:p>
    <w:p w14:paraId="6B077E2A" w14:textId="77777777" w:rsidR="007F1D0F" w:rsidRPr="00DD2715" w:rsidRDefault="005615A7">
      <w:pPr>
        <w:rPr>
          <w:rFonts w:asciiTheme="majorHAnsi" w:hAnsiTheme="majorHAnsi" w:cstheme="majorHAnsi"/>
          <w:sz w:val="22"/>
          <w:lang w:val="en-GB"/>
        </w:rPr>
      </w:pPr>
      <w:r w:rsidRPr="00DD2715">
        <w:rPr>
          <w:rFonts w:asciiTheme="majorHAnsi" w:hAnsiTheme="majorHAnsi" w:cstheme="majorHAnsi"/>
          <w:sz w:val="22"/>
          <w:lang w:val="en-GB"/>
        </w:rPr>
        <w:t>Children are expected to wear the agreed uniform, look after their belongings and speak to a trusted adult if they need help or feel uncomfortable or unfairly treated.</w:t>
      </w:r>
    </w:p>
    <w:p w14:paraId="198012A9" w14:textId="446E682D" w:rsidR="007F1D0F" w:rsidRPr="00DD2715"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lastRenderedPageBreak/>
        <w:t>Consultation, publication and review</w:t>
      </w:r>
    </w:p>
    <w:p w14:paraId="6158AB8B" w14:textId="45D6BE3E" w:rsidR="00E168FA" w:rsidRPr="00DD2715" w:rsidRDefault="007B1583">
      <w:pPr>
        <w:rPr>
          <w:rFonts w:asciiTheme="majorHAnsi" w:hAnsiTheme="majorHAnsi" w:cstheme="majorHAnsi"/>
          <w:sz w:val="22"/>
          <w:lang w:val="en-GB"/>
        </w:rPr>
      </w:pPr>
      <w:r>
        <w:rPr>
          <w:rFonts w:ascii="Calibri" w:hAnsi="Calibri" w:cs="Calibri"/>
          <w:sz w:val="22"/>
        </w:rPr>
        <w:t>We</w:t>
      </w:r>
      <w:r w:rsidRPr="00DD2715">
        <w:rPr>
          <w:rFonts w:asciiTheme="majorHAnsi" w:hAnsiTheme="majorHAnsi" w:cstheme="majorHAnsi"/>
          <w:sz w:val="22"/>
          <w:lang w:val="en-GB"/>
        </w:rPr>
        <w:t xml:space="preserve"> will </w:t>
      </w:r>
      <w:r>
        <w:rPr>
          <w:rFonts w:ascii="Calibri" w:hAnsi="Calibri" w:cs="Calibri"/>
          <w:sz w:val="22"/>
        </w:rPr>
        <w:t>ask</w:t>
      </w:r>
      <w:r w:rsidRPr="00DD2715">
        <w:rPr>
          <w:rFonts w:asciiTheme="majorHAnsi" w:hAnsiTheme="majorHAnsi" w:cstheme="majorHAnsi"/>
          <w:sz w:val="22"/>
          <w:lang w:val="en-GB"/>
        </w:rPr>
        <w:t xml:space="preserve"> parents and children </w:t>
      </w:r>
      <w:r>
        <w:rPr>
          <w:rFonts w:ascii="Calibri" w:hAnsi="Calibri" w:cs="Calibri"/>
          <w:sz w:val="22"/>
        </w:rPr>
        <w:t xml:space="preserve">for their views </w:t>
      </w:r>
      <w:r w:rsidRPr="00DD2715">
        <w:rPr>
          <w:rFonts w:asciiTheme="majorHAnsi" w:hAnsiTheme="majorHAnsi" w:cstheme="majorHAnsi"/>
          <w:sz w:val="22"/>
          <w:lang w:val="en-GB"/>
        </w:rPr>
        <w:t xml:space="preserve">when </w:t>
      </w:r>
      <w:r>
        <w:rPr>
          <w:rFonts w:ascii="Calibri" w:hAnsi="Calibri" w:cs="Calibri"/>
          <w:sz w:val="22"/>
        </w:rPr>
        <w:t>we develop</w:t>
      </w:r>
      <w:r w:rsidRPr="00DD2715">
        <w:rPr>
          <w:rFonts w:asciiTheme="majorHAnsi" w:hAnsiTheme="majorHAnsi" w:cstheme="majorHAnsi"/>
          <w:sz w:val="22"/>
          <w:lang w:val="en-GB"/>
        </w:rPr>
        <w:t xml:space="preserve"> this policy or </w:t>
      </w:r>
      <w:r>
        <w:rPr>
          <w:rFonts w:ascii="Calibri" w:hAnsi="Calibri" w:cs="Calibri"/>
          <w:sz w:val="22"/>
        </w:rPr>
        <w:t>plan</w:t>
      </w:r>
      <w:r w:rsidRPr="00DD2715">
        <w:rPr>
          <w:rFonts w:asciiTheme="majorHAnsi" w:hAnsiTheme="majorHAnsi" w:cstheme="majorHAnsi"/>
          <w:sz w:val="22"/>
          <w:lang w:val="en-GB"/>
        </w:rPr>
        <w:t xml:space="preserve"> a </w:t>
      </w:r>
      <w:r>
        <w:rPr>
          <w:rFonts w:ascii="Calibri" w:hAnsi="Calibri" w:cs="Calibri"/>
          <w:sz w:val="22"/>
        </w:rPr>
        <w:t>major</w:t>
      </w:r>
      <w:r w:rsidRPr="00DD2715">
        <w:rPr>
          <w:rFonts w:asciiTheme="majorHAnsi" w:hAnsiTheme="majorHAnsi" w:cstheme="majorHAnsi"/>
          <w:sz w:val="22"/>
          <w:lang w:val="en-GB"/>
        </w:rPr>
        <w:t xml:space="preserve"> change</w:t>
      </w:r>
      <w:r>
        <w:rPr>
          <w:rFonts w:ascii="Calibri" w:hAnsi="Calibri" w:cs="Calibri"/>
          <w:sz w:val="22"/>
        </w:rPr>
        <w:t>. We will pay</w:t>
      </w:r>
      <w:r w:rsidRPr="00DD2715">
        <w:rPr>
          <w:rFonts w:asciiTheme="majorHAnsi" w:hAnsiTheme="majorHAnsi" w:cstheme="majorHAnsi"/>
          <w:sz w:val="22"/>
          <w:lang w:val="en-GB"/>
        </w:rPr>
        <w:t xml:space="preserve"> particular attention to cost and </w:t>
      </w:r>
      <w:r>
        <w:rPr>
          <w:rFonts w:ascii="Calibri" w:hAnsi="Calibri" w:cs="Calibri"/>
          <w:sz w:val="22"/>
        </w:rPr>
        <w:t>to whether a change could affect some</w:t>
      </w:r>
      <w:r w:rsidRPr="00DD2715">
        <w:rPr>
          <w:rFonts w:asciiTheme="majorHAnsi" w:hAnsiTheme="majorHAnsi" w:cstheme="majorHAnsi"/>
          <w:sz w:val="22"/>
          <w:lang w:val="en-GB"/>
        </w:rPr>
        <w:t xml:space="preserve"> groups</w:t>
      </w:r>
      <w:r>
        <w:rPr>
          <w:rFonts w:ascii="Calibri" w:hAnsi="Calibri" w:cs="Calibri"/>
          <w:sz w:val="22"/>
        </w:rPr>
        <w:t xml:space="preserve"> of children differently.</w:t>
      </w:r>
      <w:r w:rsidRPr="00DD2715">
        <w:rPr>
          <w:rFonts w:asciiTheme="majorHAnsi" w:hAnsiTheme="majorHAnsi" w:cstheme="majorHAnsi"/>
          <w:sz w:val="22"/>
          <w:lang w:val="en-GB"/>
        </w:rPr>
        <w:t xml:space="preserve"> The final policy will be </w:t>
      </w:r>
      <w:r>
        <w:rPr>
          <w:rFonts w:ascii="Calibri" w:hAnsi="Calibri" w:cs="Calibri"/>
          <w:sz w:val="22"/>
        </w:rPr>
        <w:t>easy to find</w:t>
      </w:r>
      <w:r w:rsidRPr="00DD2715">
        <w:rPr>
          <w:rFonts w:asciiTheme="majorHAnsi" w:hAnsiTheme="majorHAnsi" w:cstheme="majorHAnsi"/>
          <w:sz w:val="22"/>
          <w:lang w:val="en-GB"/>
        </w:rPr>
        <w:t xml:space="preserve"> on the school website and </w:t>
      </w:r>
      <w:r>
        <w:rPr>
          <w:rFonts w:ascii="Calibri" w:hAnsi="Calibri" w:cs="Calibri"/>
          <w:sz w:val="22"/>
        </w:rPr>
        <w:t>will be</w:t>
      </w:r>
      <w:r w:rsidRPr="00862A55">
        <w:rPr>
          <w:rFonts w:ascii="Calibri" w:hAnsi="Calibri"/>
          <w:sz w:val="22"/>
        </w:rPr>
        <w:t xml:space="preserve"> </w:t>
      </w:r>
      <w:r w:rsidRPr="00DD2715">
        <w:rPr>
          <w:rFonts w:asciiTheme="majorHAnsi" w:hAnsiTheme="majorHAnsi" w:cstheme="majorHAnsi"/>
          <w:sz w:val="22"/>
          <w:lang w:val="en-GB"/>
        </w:rPr>
        <w:t>available to families</w:t>
      </w:r>
      <w:r>
        <w:rPr>
          <w:rFonts w:ascii="Calibri" w:hAnsi="Calibri" w:cs="Calibri"/>
          <w:sz w:val="22"/>
        </w:rPr>
        <w:t xml:space="preserve"> whose children have not yet joined the school. We will review it</w:t>
      </w:r>
      <w:r w:rsidRPr="00DD2715">
        <w:rPr>
          <w:rFonts w:asciiTheme="majorHAnsi" w:hAnsiTheme="majorHAnsi" w:cstheme="majorHAnsi"/>
          <w:sz w:val="22"/>
          <w:lang w:val="en-GB"/>
        </w:rPr>
        <w:t xml:space="preserve"> at least </w:t>
      </w:r>
      <w:r>
        <w:rPr>
          <w:rFonts w:ascii="Calibri" w:hAnsi="Calibri" w:cs="Calibri"/>
          <w:sz w:val="22"/>
        </w:rPr>
        <w:t>once a year,</w:t>
      </w:r>
      <w:r w:rsidRPr="00DD2715">
        <w:rPr>
          <w:rFonts w:asciiTheme="majorHAnsi" w:hAnsiTheme="majorHAnsi" w:cstheme="majorHAnsi"/>
          <w:sz w:val="22"/>
          <w:lang w:val="en-GB"/>
        </w:rPr>
        <w:t xml:space="preserve"> and sooner if </w:t>
      </w:r>
      <w:r>
        <w:rPr>
          <w:rFonts w:ascii="Calibri" w:hAnsi="Calibri" w:cs="Calibri"/>
          <w:sz w:val="22"/>
        </w:rPr>
        <w:t>the law, government</w:t>
      </w:r>
      <w:r w:rsidRPr="00DD2715">
        <w:rPr>
          <w:rFonts w:asciiTheme="majorHAnsi" w:hAnsiTheme="majorHAnsi" w:cstheme="majorHAnsi"/>
          <w:sz w:val="22"/>
          <w:lang w:val="en-GB"/>
        </w:rPr>
        <w:t xml:space="preserve"> guidance or local circumstances change.</w:t>
      </w:r>
    </w:p>
    <w:p w14:paraId="21B9DEA5" w14:textId="2066ECF8" w:rsidR="007F1D0F" w:rsidRPr="00DD2715"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t>Complaints</w:t>
      </w:r>
    </w:p>
    <w:p w14:paraId="729F3009" w14:textId="3F745DA0" w:rsidR="00E168FA" w:rsidRPr="00DD2715" w:rsidRDefault="00807698">
      <w:pPr>
        <w:rPr>
          <w:rFonts w:asciiTheme="majorHAnsi" w:hAnsiTheme="majorHAnsi" w:cstheme="majorHAnsi"/>
          <w:sz w:val="22"/>
          <w:lang w:val="en-GB"/>
        </w:rPr>
      </w:pPr>
      <w:r>
        <w:rPr>
          <w:rFonts w:ascii="Calibri" w:hAnsi="Calibri" w:cs="Calibri"/>
          <w:sz w:val="22"/>
        </w:rPr>
        <w:t>If you have a question</w:t>
      </w:r>
      <w:r w:rsidRPr="00DD2715">
        <w:rPr>
          <w:rFonts w:asciiTheme="majorHAnsi" w:hAnsiTheme="majorHAnsi" w:cstheme="majorHAnsi"/>
          <w:sz w:val="22"/>
          <w:lang w:val="en-GB"/>
        </w:rPr>
        <w:t xml:space="preserve"> or </w:t>
      </w:r>
      <w:r>
        <w:rPr>
          <w:rFonts w:ascii="Calibri" w:hAnsi="Calibri" w:cs="Calibri"/>
          <w:sz w:val="22"/>
        </w:rPr>
        <w:t>concern, please speak to</w:t>
      </w:r>
      <w:r w:rsidRPr="00DD2715">
        <w:rPr>
          <w:rFonts w:asciiTheme="majorHAnsi" w:hAnsiTheme="majorHAnsi" w:cstheme="majorHAnsi"/>
          <w:sz w:val="22"/>
          <w:lang w:val="en-GB"/>
        </w:rPr>
        <w:t xml:space="preserve"> the Headteacher </w:t>
      </w:r>
      <w:r>
        <w:rPr>
          <w:rFonts w:ascii="Calibri" w:hAnsi="Calibri" w:cs="Calibri"/>
          <w:sz w:val="22"/>
        </w:rPr>
        <w:t xml:space="preserve">first </w:t>
      </w:r>
      <w:r w:rsidRPr="00DD2715">
        <w:rPr>
          <w:rFonts w:asciiTheme="majorHAnsi" w:hAnsiTheme="majorHAnsi" w:cstheme="majorHAnsi"/>
          <w:sz w:val="22"/>
          <w:lang w:val="en-GB"/>
        </w:rPr>
        <w:t xml:space="preserve">so that the school and </w:t>
      </w:r>
      <w:r>
        <w:rPr>
          <w:rFonts w:ascii="Calibri" w:hAnsi="Calibri" w:cs="Calibri"/>
          <w:sz w:val="22"/>
        </w:rPr>
        <w:t xml:space="preserve">your </w:t>
      </w:r>
      <w:r w:rsidRPr="00DD2715">
        <w:rPr>
          <w:rFonts w:asciiTheme="majorHAnsi" w:hAnsiTheme="majorHAnsi" w:cstheme="majorHAnsi"/>
          <w:sz w:val="22"/>
          <w:lang w:val="en-GB"/>
        </w:rPr>
        <w:t xml:space="preserve">family can </w:t>
      </w:r>
      <w:r>
        <w:rPr>
          <w:rFonts w:ascii="Calibri" w:hAnsi="Calibri" w:cs="Calibri"/>
          <w:sz w:val="22"/>
        </w:rPr>
        <w:t>try to agree a</w:t>
      </w:r>
      <w:r w:rsidRPr="00862A55">
        <w:rPr>
          <w:rFonts w:ascii="Calibri" w:hAnsi="Calibri"/>
          <w:sz w:val="22"/>
        </w:rPr>
        <w:t xml:space="preserve"> </w:t>
      </w:r>
      <w:r w:rsidRPr="00DD2715">
        <w:rPr>
          <w:rFonts w:asciiTheme="majorHAnsi" w:hAnsiTheme="majorHAnsi" w:cstheme="majorHAnsi"/>
          <w:sz w:val="22"/>
          <w:lang w:val="en-GB"/>
        </w:rPr>
        <w:t xml:space="preserve">solution. </w:t>
      </w:r>
      <w:r>
        <w:rPr>
          <w:rFonts w:ascii="Calibri" w:hAnsi="Calibri" w:cs="Calibri"/>
          <w:sz w:val="22"/>
        </w:rPr>
        <w:t>If the issue is not resolved, you can make a formal complaint using</w:t>
      </w:r>
      <w:r w:rsidRPr="00DD2715">
        <w:rPr>
          <w:rFonts w:asciiTheme="majorHAnsi" w:hAnsiTheme="majorHAnsi" w:cstheme="majorHAnsi"/>
          <w:sz w:val="22"/>
          <w:lang w:val="en-GB"/>
        </w:rPr>
        <w:t xml:space="preserve"> the school’s published complaints procedure. </w:t>
      </w:r>
      <w:r>
        <w:rPr>
          <w:rFonts w:ascii="Calibri" w:hAnsi="Calibri" w:cs="Calibri"/>
          <w:sz w:val="22"/>
        </w:rPr>
        <w:t>If your concern is</w:t>
      </w:r>
      <w:r w:rsidRPr="00DD2715">
        <w:rPr>
          <w:rFonts w:asciiTheme="majorHAnsi" w:hAnsiTheme="majorHAnsi" w:cstheme="majorHAnsi"/>
          <w:sz w:val="22"/>
          <w:lang w:val="en-GB"/>
        </w:rPr>
        <w:t xml:space="preserve"> about </w:t>
      </w:r>
      <w:r>
        <w:rPr>
          <w:rFonts w:ascii="Calibri" w:hAnsi="Calibri" w:cs="Calibri"/>
          <w:sz w:val="22"/>
        </w:rPr>
        <w:t>the</w:t>
      </w:r>
      <w:r w:rsidRPr="00DD2715">
        <w:rPr>
          <w:rFonts w:asciiTheme="majorHAnsi" w:hAnsiTheme="majorHAnsi" w:cstheme="majorHAnsi"/>
          <w:sz w:val="22"/>
          <w:lang w:val="en-GB"/>
        </w:rPr>
        <w:t xml:space="preserve"> supplier’s service or </w:t>
      </w:r>
      <w:r>
        <w:rPr>
          <w:rFonts w:ascii="Calibri" w:hAnsi="Calibri" w:cs="Calibri"/>
          <w:sz w:val="22"/>
        </w:rPr>
        <w:t>the</w:t>
      </w:r>
      <w:r w:rsidRPr="00DD2715">
        <w:rPr>
          <w:rFonts w:asciiTheme="majorHAnsi" w:hAnsiTheme="majorHAnsi" w:cstheme="majorHAnsi"/>
          <w:sz w:val="22"/>
          <w:lang w:val="en-GB"/>
        </w:rPr>
        <w:t xml:space="preserve"> quality </w:t>
      </w:r>
      <w:r>
        <w:rPr>
          <w:rFonts w:ascii="Calibri" w:hAnsi="Calibri" w:cs="Calibri"/>
          <w:sz w:val="22"/>
        </w:rPr>
        <w:t>of an item, you can</w:t>
      </w:r>
      <w:r w:rsidRPr="00DD2715">
        <w:rPr>
          <w:rFonts w:asciiTheme="majorHAnsi" w:hAnsiTheme="majorHAnsi" w:cstheme="majorHAnsi"/>
          <w:sz w:val="22"/>
          <w:lang w:val="en-GB"/>
        </w:rPr>
        <w:t xml:space="preserve"> also </w:t>
      </w:r>
      <w:r>
        <w:rPr>
          <w:rFonts w:ascii="Calibri" w:hAnsi="Calibri" w:cs="Calibri"/>
          <w:sz w:val="22"/>
        </w:rPr>
        <w:t>use</w:t>
      </w:r>
      <w:r w:rsidRPr="00DD2715">
        <w:rPr>
          <w:rFonts w:asciiTheme="majorHAnsi" w:hAnsiTheme="majorHAnsi" w:cstheme="majorHAnsi"/>
          <w:sz w:val="22"/>
          <w:lang w:val="en-GB"/>
        </w:rPr>
        <w:t xml:space="preserve"> the supplier’s complaints process.</w:t>
      </w:r>
    </w:p>
    <w:p w14:paraId="6002D024" w14:textId="4EC01E2A" w:rsidR="007F1D0F" w:rsidRPr="00DD2715" w:rsidRDefault="005615A7" w:rsidP="002A1632">
      <w:pPr>
        <w:pStyle w:val="Heading1"/>
        <w:spacing w:after="0"/>
        <w:rPr>
          <w:rFonts w:cstheme="majorHAnsi"/>
          <w:color w:val="7030A0"/>
          <w:sz w:val="22"/>
          <w:szCs w:val="22"/>
          <w:lang w:val="en-GB"/>
        </w:rPr>
      </w:pPr>
      <w:r w:rsidRPr="00DD2715">
        <w:rPr>
          <w:rFonts w:cstheme="majorHAnsi"/>
          <w:color w:val="7030A0"/>
          <w:sz w:val="22"/>
          <w:szCs w:val="22"/>
          <w:lang w:val="en-GB"/>
        </w:rPr>
        <w:t>Related documents and guidance</w:t>
      </w:r>
    </w:p>
    <w:p w14:paraId="66F7CD1E" w14:textId="3BB328D2" w:rsidR="007F1D0F" w:rsidRPr="00DD2715" w:rsidRDefault="005615A7">
      <w:pPr>
        <w:pStyle w:val="ListBullet"/>
        <w:rPr>
          <w:rFonts w:asciiTheme="majorHAnsi" w:hAnsiTheme="majorHAnsi" w:cstheme="majorHAnsi"/>
          <w:sz w:val="22"/>
          <w:lang w:val="en-GB"/>
        </w:rPr>
      </w:pPr>
      <w:r w:rsidRPr="00DD2715">
        <w:rPr>
          <w:rFonts w:asciiTheme="majorHAnsi" w:hAnsiTheme="majorHAnsi" w:cstheme="majorHAnsi"/>
          <w:sz w:val="22"/>
          <w:lang w:val="en-GB"/>
        </w:rPr>
        <w:t>Behaviour Policy</w:t>
      </w:r>
    </w:p>
    <w:p w14:paraId="4B84E225" w14:textId="76E12CF2" w:rsidR="007F1D0F" w:rsidRPr="00DD2715" w:rsidRDefault="005615A7">
      <w:pPr>
        <w:pStyle w:val="ListBullet"/>
        <w:rPr>
          <w:rFonts w:asciiTheme="majorHAnsi" w:hAnsiTheme="majorHAnsi" w:cstheme="majorHAnsi"/>
          <w:sz w:val="22"/>
          <w:lang w:val="en-GB"/>
        </w:rPr>
      </w:pPr>
      <w:r w:rsidRPr="00DD2715">
        <w:rPr>
          <w:rFonts w:asciiTheme="majorHAnsi" w:hAnsiTheme="majorHAnsi" w:cstheme="majorHAnsi"/>
          <w:sz w:val="22"/>
          <w:lang w:val="en-GB"/>
        </w:rPr>
        <w:t>Complaints Procedure</w:t>
      </w:r>
    </w:p>
    <w:p w14:paraId="43E49502" w14:textId="2273AD8D" w:rsidR="007F1D0F" w:rsidRPr="00DD2715" w:rsidRDefault="005615A7">
      <w:pPr>
        <w:pStyle w:val="ListBullet"/>
        <w:rPr>
          <w:rFonts w:asciiTheme="majorHAnsi" w:hAnsiTheme="majorHAnsi" w:cstheme="majorHAnsi"/>
          <w:sz w:val="22"/>
          <w:lang w:val="en-GB"/>
        </w:rPr>
      </w:pPr>
      <w:r w:rsidRPr="00DD2715">
        <w:rPr>
          <w:rFonts w:asciiTheme="majorHAnsi" w:hAnsiTheme="majorHAnsi" w:cstheme="majorHAnsi"/>
          <w:sz w:val="22"/>
          <w:lang w:val="en-GB"/>
        </w:rPr>
        <w:t>Equality information and objectives</w:t>
      </w:r>
    </w:p>
    <w:p w14:paraId="33355953" w14:textId="72000BA7" w:rsidR="007F1D0F" w:rsidRPr="00DD2715" w:rsidRDefault="002A1632">
      <w:pPr>
        <w:pStyle w:val="ListBullet"/>
        <w:rPr>
          <w:rFonts w:asciiTheme="majorHAnsi" w:hAnsiTheme="majorHAnsi" w:cstheme="majorHAnsi"/>
          <w:sz w:val="22"/>
          <w:lang w:val="en-GB"/>
        </w:rPr>
      </w:pPr>
      <w:hyperlink r:id="rId13" w:anchor="main-points" w:history="1">
        <w:r w:rsidRPr="002A1632">
          <w:rPr>
            <w:rStyle w:val="Hyperlink"/>
            <w:rFonts w:asciiTheme="majorHAnsi" w:hAnsiTheme="majorHAnsi" w:cstheme="majorHAnsi"/>
            <w:sz w:val="22"/>
            <w:lang w:val="en-GB"/>
          </w:rPr>
          <w:t>Department for Education Cost of school uniforms statutory guidance updated 6 July 2026</w:t>
        </w:r>
      </w:hyperlink>
    </w:p>
    <w:p w14:paraId="20B098B3" w14:textId="409D28DD" w:rsidR="007F1D0F" w:rsidRPr="00DD2715" w:rsidRDefault="002A1632">
      <w:pPr>
        <w:pStyle w:val="ListBullet"/>
        <w:rPr>
          <w:rFonts w:asciiTheme="majorHAnsi" w:hAnsiTheme="majorHAnsi" w:cstheme="majorHAnsi"/>
          <w:sz w:val="22"/>
          <w:lang w:val="en-GB"/>
        </w:rPr>
      </w:pPr>
      <w:hyperlink r:id="rId14" w:history="1">
        <w:r w:rsidRPr="002A1632">
          <w:rPr>
            <w:rStyle w:val="Hyperlink"/>
            <w:rFonts w:asciiTheme="majorHAnsi" w:hAnsiTheme="majorHAnsi" w:cstheme="majorHAnsi"/>
            <w:sz w:val="22"/>
            <w:lang w:val="en-GB"/>
          </w:rPr>
          <w:t>Department for Education Developing school uniform policy guidance updated 6 July 2026</w:t>
        </w:r>
      </w:hyperlink>
    </w:p>
    <w:p w14:paraId="31DED2CF" w14:textId="2E94365B" w:rsidR="007F1D0F" w:rsidRDefault="005615A7">
      <w:pPr>
        <w:pStyle w:val="ListBullet"/>
        <w:rPr>
          <w:rFonts w:asciiTheme="majorHAnsi" w:hAnsiTheme="majorHAnsi" w:cstheme="majorHAnsi"/>
          <w:sz w:val="22"/>
          <w:lang w:val="en-GB"/>
        </w:rPr>
      </w:pPr>
      <w:r w:rsidRPr="00DD2715">
        <w:rPr>
          <w:rFonts w:asciiTheme="majorHAnsi" w:hAnsiTheme="majorHAnsi" w:cstheme="majorHAnsi"/>
          <w:sz w:val="22"/>
          <w:lang w:val="en-GB"/>
        </w:rPr>
        <w:t>Equality Act 2010 and Human Rights Act 1998</w:t>
      </w:r>
    </w:p>
    <w:p w14:paraId="2DCEB97A" w14:textId="0642833D" w:rsidR="00DD2715" w:rsidRDefault="00DD2715" w:rsidP="00DD2715">
      <w:pPr>
        <w:pStyle w:val="ListBullet"/>
        <w:numPr>
          <w:ilvl w:val="0"/>
          <w:numId w:val="0"/>
        </w:numPr>
        <w:ind w:left="346" w:hanging="346"/>
        <w:rPr>
          <w:rFonts w:asciiTheme="majorHAnsi" w:hAnsiTheme="majorHAnsi" w:cstheme="majorHAnsi"/>
          <w:sz w:val="22"/>
          <w:lang w:val="en-GB"/>
        </w:rPr>
      </w:pPr>
    </w:p>
    <w:p w14:paraId="3158514F" w14:textId="52B5B5B7" w:rsidR="00DD2715" w:rsidRPr="00F92DA7" w:rsidRDefault="00DD2715" w:rsidP="002A1632">
      <w:pPr>
        <w:pStyle w:val="Heading1"/>
        <w:spacing w:after="0"/>
        <w:rPr>
          <w:rFonts w:cstheme="majorHAnsi"/>
          <w:color w:val="7030A0"/>
          <w:sz w:val="22"/>
          <w:szCs w:val="22"/>
          <w:lang w:val="en-GB"/>
        </w:rPr>
      </w:pPr>
      <w:r w:rsidRPr="00F92DA7">
        <w:rPr>
          <w:rFonts w:cstheme="majorHAnsi"/>
          <w:color w:val="7030A0"/>
          <w:sz w:val="22"/>
          <w:szCs w:val="22"/>
          <w:lang w:val="en-GB"/>
        </w:rPr>
        <w:t>Supplier information</w:t>
      </w:r>
    </w:p>
    <w:p w14:paraId="4A2B1ECF" w14:textId="5C0B2FC0" w:rsidR="00670E91" w:rsidRDefault="00F92DA7" w:rsidP="00670E91">
      <w:pPr>
        <w:pStyle w:val="ListBullet"/>
        <w:numPr>
          <w:ilvl w:val="0"/>
          <w:numId w:val="0"/>
        </w:numPr>
        <w:ind w:left="346" w:hanging="346"/>
        <w:rPr>
          <w:rFonts w:asciiTheme="majorHAnsi" w:hAnsiTheme="majorHAnsi" w:cstheme="majorHAnsi"/>
          <w:sz w:val="22"/>
          <w:lang w:val="en-GB"/>
        </w:rPr>
      </w:pPr>
      <w:r>
        <w:rPr>
          <w:rFonts w:asciiTheme="majorHAnsi" w:hAnsiTheme="majorHAnsi" w:cstheme="majorHAnsi"/>
          <w:sz w:val="22"/>
          <w:lang w:val="en-GB"/>
        </w:rPr>
        <w:t>Uniform can be purchased from:</w:t>
      </w:r>
      <w:r w:rsidR="00670E91">
        <w:rPr>
          <w:rFonts w:asciiTheme="majorHAnsi" w:hAnsiTheme="majorHAnsi" w:cstheme="majorHAnsi"/>
          <w:sz w:val="22"/>
          <w:lang w:val="en-GB"/>
        </w:rPr>
        <w:t xml:space="preserve"> </w:t>
      </w:r>
      <w:proofErr w:type="spellStart"/>
      <w:r w:rsidR="00670E91" w:rsidRPr="00670E91">
        <w:rPr>
          <w:rFonts w:asciiTheme="majorHAnsi" w:hAnsiTheme="majorHAnsi" w:cstheme="majorHAnsi"/>
          <w:sz w:val="22"/>
          <w:lang w:val="en-GB"/>
        </w:rPr>
        <w:t>SkoolKit</w:t>
      </w:r>
      <w:proofErr w:type="spellEnd"/>
      <w:r w:rsidR="00670E91">
        <w:rPr>
          <w:rFonts w:asciiTheme="majorHAnsi" w:hAnsiTheme="majorHAnsi" w:cstheme="majorHAnsi"/>
          <w:sz w:val="22"/>
          <w:lang w:val="en-GB"/>
        </w:rPr>
        <w:t xml:space="preserve">, </w:t>
      </w:r>
      <w:r w:rsidR="00670E91" w:rsidRPr="00670E91">
        <w:rPr>
          <w:rFonts w:asciiTheme="majorHAnsi" w:hAnsiTheme="majorHAnsi" w:cstheme="majorHAnsi"/>
          <w:sz w:val="22"/>
          <w:lang w:val="en-GB"/>
        </w:rPr>
        <w:t>20 Endless St</w:t>
      </w:r>
      <w:r w:rsidR="00670E91">
        <w:rPr>
          <w:rFonts w:asciiTheme="majorHAnsi" w:hAnsiTheme="majorHAnsi" w:cstheme="majorHAnsi"/>
          <w:sz w:val="22"/>
          <w:lang w:val="en-GB"/>
        </w:rPr>
        <w:t xml:space="preserve">, </w:t>
      </w:r>
      <w:r w:rsidR="00670E91" w:rsidRPr="00670E91">
        <w:rPr>
          <w:rFonts w:asciiTheme="majorHAnsi" w:hAnsiTheme="majorHAnsi" w:cstheme="majorHAnsi"/>
          <w:sz w:val="22"/>
          <w:lang w:val="en-GB"/>
        </w:rPr>
        <w:t>Salisbury</w:t>
      </w:r>
      <w:r w:rsidR="00670E91">
        <w:rPr>
          <w:rFonts w:asciiTheme="majorHAnsi" w:hAnsiTheme="majorHAnsi" w:cstheme="majorHAnsi"/>
          <w:sz w:val="22"/>
          <w:lang w:val="en-GB"/>
        </w:rPr>
        <w:t xml:space="preserve">, </w:t>
      </w:r>
      <w:r w:rsidR="00670E91" w:rsidRPr="00670E91">
        <w:rPr>
          <w:rFonts w:asciiTheme="majorHAnsi" w:hAnsiTheme="majorHAnsi" w:cstheme="majorHAnsi"/>
          <w:sz w:val="22"/>
          <w:lang w:val="en-GB"/>
        </w:rPr>
        <w:t>Wilts., SP1 1DP</w:t>
      </w:r>
    </w:p>
    <w:p w14:paraId="545BBC77" w14:textId="2865A30C" w:rsidR="00F92DA7" w:rsidRDefault="00F92DA7" w:rsidP="00DD2715">
      <w:pPr>
        <w:pStyle w:val="ListBullet"/>
        <w:numPr>
          <w:ilvl w:val="0"/>
          <w:numId w:val="0"/>
        </w:numPr>
        <w:ind w:left="346" w:hanging="346"/>
        <w:rPr>
          <w:rFonts w:asciiTheme="majorHAnsi" w:hAnsiTheme="majorHAnsi" w:cstheme="majorHAnsi"/>
          <w:sz w:val="22"/>
          <w:lang w:val="en-GB"/>
        </w:rPr>
      </w:pPr>
    </w:p>
    <w:p w14:paraId="4FC8C7EC" w14:textId="222E88E3" w:rsidR="00670E91" w:rsidRDefault="00F92DA7" w:rsidP="73B3473C">
      <w:pPr>
        <w:rPr>
          <w:lang w:val="en-GB"/>
        </w:rPr>
      </w:pPr>
      <w:r w:rsidRPr="00670E91">
        <w:rPr>
          <w:rFonts w:cstheme="majorBidi"/>
          <w:b/>
          <w:bCs/>
          <w:color w:val="000000" w:themeColor="text1"/>
          <w:sz w:val="22"/>
          <w:lang w:val="en-GB"/>
        </w:rPr>
        <w:t>Branded</w:t>
      </w:r>
      <w:r w:rsidR="18FC54E3" w:rsidRPr="00670E91">
        <w:rPr>
          <w:rFonts w:cstheme="majorBidi"/>
          <w:b/>
          <w:bCs/>
          <w:color w:val="000000" w:themeColor="text1"/>
          <w:sz w:val="22"/>
          <w:lang w:val="en-GB"/>
        </w:rPr>
        <w:t xml:space="preserve"> items:</w:t>
      </w:r>
      <w:r w:rsidR="00670E91">
        <w:rPr>
          <w:lang w:val="en-GB"/>
        </w:rPr>
        <w:t xml:space="preserve"> </w:t>
      </w:r>
      <w:hyperlink r:id="rId15" w:history="1">
        <w:r w:rsidR="00670E91" w:rsidRPr="00946C89">
          <w:rPr>
            <w:rStyle w:val="Hyperlink"/>
            <w:lang w:val="en-GB"/>
          </w:rPr>
          <w:t>https://www.skoolkit.co.uk/school-uniform/1</w:t>
        </w:r>
        <w:r w:rsidR="00670E91" w:rsidRPr="00946C89">
          <w:rPr>
            <w:rStyle w:val="Hyperlink"/>
            <w:lang w:val="en-GB"/>
          </w:rPr>
          <w:t>5</w:t>
        </w:r>
        <w:r w:rsidR="00670E91" w:rsidRPr="00946C89">
          <w:rPr>
            <w:rStyle w:val="Hyperlink"/>
            <w:lang w:val="en-GB"/>
          </w:rPr>
          <w:t>09</w:t>
        </w:r>
      </w:hyperlink>
    </w:p>
    <w:p w14:paraId="0D691723" w14:textId="2C74E6CB" w:rsidR="00F92DA7" w:rsidRPr="002A1632" w:rsidRDefault="00F92DA7" w:rsidP="002A1632">
      <w:pPr>
        <w:pStyle w:val="Heading1"/>
        <w:spacing w:after="0"/>
        <w:rPr>
          <w:rFonts w:cstheme="majorHAnsi"/>
          <w:color w:val="000000" w:themeColor="text1"/>
          <w:sz w:val="22"/>
          <w:szCs w:val="22"/>
          <w:lang w:val="en-GB"/>
        </w:rPr>
      </w:pPr>
      <w:r w:rsidRPr="002A1632">
        <w:rPr>
          <w:rFonts w:cstheme="majorHAnsi"/>
          <w:color w:val="000000" w:themeColor="text1"/>
          <w:sz w:val="22"/>
          <w:szCs w:val="22"/>
          <w:lang w:val="en-GB"/>
        </w:rPr>
        <w:t>Un-branded items</w:t>
      </w:r>
    </w:p>
    <w:p w14:paraId="0B4DEE74" w14:textId="61175C93" w:rsidR="00F92DA7" w:rsidRDefault="00F92DA7" w:rsidP="00F92DA7">
      <w:pPr>
        <w:pStyle w:val="ListBullet"/>
        <w:numPr>
          <w:ilvl w:val="0"/>
          <w:numId w:val="0"/>
        </w:numPr>
        <w:ind w:left="346" w:hanging="346"/>
        <w:rPr>
          <w:rFonts w:asciiTheme="majorHAnsi" w:hAnsiTheme="majorHAnsi" w:cstheme="majorHAnsi"/>
          <w:sz w:val="22"/>
          <w:lang w:val="en-GB"/>
        </w:rPr>
      </w:pPr>
      <w:r>
        <w:rPr>
          <w:rFonts w:asciiTheme="majorHAnsi" w:hAnsiTheme="majorHAnsi" w:cstheme="majorHAnsi"/>
          <w:sz w:val="22"/>
          <w:lang w:val="en-GB"/>
        </w:rPr>
        <w:t>Local supermarkets</w:t>
      </w:r>
    </w:p>
    <w:p w14:paraId="05038236" w14:textId="11327881" w:rsidR="00F92DA7" w:rsidRDefault="00F92DA7" w:rsidP="00F92DA7">
      <w:pPr>
        <w:pStyle w:val="ListBullet"/>
        <w:numPr>
          <w:ilvl w:val="0"/>
          <w:numId w:val="0"/>
        </w:numPr>
        <w:ind w:left="346" w:hanging="346"/>
      </w:pPr>
      <w:r w:rsidRPr="73B3473C">
        <w:rPr>
          <w:rFonts w:asciiTheme="majorHAnsi" w:hAnsiTheme="majorHAnsi" w:cstheme="majorBidi"/>
          <w:sz w:val="22"/>
          <w:lang w:val="en-GB"/>
        </w:rPr>
        <w:t>Online suppliers</w:t>
      </w:r>
    </w:p>
    <w:p w14:paraId="3C87762F" w14:textId="60B15494" w:rsidR="00F92DA7" w:rsidRDefault="00F92DA7" w:rsidP="00670E91">
      <w:pPr>
        <w:pStyle w:val="ListBullet"/>
        <w:numPr>
          <w:ilvl w:val="0"/>
          <w:numId w:val="0"/>
        </w:numPr>
        <w:spacing w:after="200" w:line="276" w:lineRule="auto"/>
      </w:pPr>
    </w:p>
    <w:p w14:paraId="2E311D87" w14:textId="77777777" w:rsidR="00975815" w:rsidRDefault="00975815" w:rsidP="00670E91">
      <w:pPr>
        <w:pStyle w:val="ListBullet"/>
        <w:numPr>
          <w:ilvl w:val="0"/>
          <w:numId w:val="0"/>
        </w:numPr>
        <w:spacing w:after="200" w:line="276" w:lineRule="auto"/>
      </w:pPr>
    </w:p>
    <w:p w14:paraId="07800BA9" w14:textId="77777777" w:rsidR="00975815" w:rsidRDefault="00975815" w:rsidP="00670E91">
      <w:pPr>
        <w:pStyle w:val="ListBullet"/>
        <w:numPr>
          <w:ilvl w:val="0"/>
          <w:numId w:val="0"/>
        </w:numPr>
        <w:spacing w:after="200" w:line="276" w:lineRule="auto"/>
      </w:pPr>
    </w:p>
    <w:p w14:paraId="3BA72369" w14:textId="77777777" w:rsidR="00975815" w:rsidRDefault="00975815" w:rsidP="00670E91">
      <w:pPr>
        <w:pStyle w:val="ListBullet"/>
        <w:numPr>
          <w:ilvl w:val="0"/>
          <w:numId w:val="0"/>
        </w:numPr>
        <w:spacing w:after="200" w:line="276" w:lineRule="auto"/>
      </w:pPr>
    </w:p>
    <w:p w14:paraId="0AF7EEE5" w14:textId="77777777" w:rsidR="00975815" w:rsidRDefault="00975815" w:rsidP="00670E91">
      <w:pPr>
        <w:pStyle w:val="ListBullet"/>
        <w:numPr>
          <w:ilvl w:val="0"/>
          <w:numId w:val="0"/>
        </w:numPr>
        <w:spacing w:after="200" w:line="276" w:lineRule="auto"/>
      </w:pPr>
    </w:p>
    <w:p w14:paraId="2F83402C" w14:textId="77777777" w:rsidR="00975815" w:rsidRDefault="00975815" w:rsidP="00670E91">
      <w:pPr>
        <w:pStyle w:val="ListBullet"/>
        <w:numPr>
          <w:ilvl w:val="0"/>
          <w:numId w:val="0"/>
        </w:numPr>
        <w:spacing w:after="200" w:line="276" w:lineRule="auto"/>
      </w:pPr>
    </w:p>
    <w:p w14:paraId="4832FE9E" w14:textId="77777777" w:rsidR="00975815" w:rsidRDefault="00975815" w:rsidP="00670E91">
      <w:pPr>
        <w:pStyle w:val="ListBullet"/>
        <w:numPr>
          <w:ilvl w:val="0"/>
          <w:numId w:val="0"/>
        </w:numPr>
        <w:spacing w:after="200" w:line="276" w:lineRule="auto"/>
      </w:pPr>
    </w:p>
    <w:p w14:paraId="00960EE0" w14:textId="0D183EC9" w:rsidR="00975815" w:rsidRDefault="00975815" w:rsidP="00670E91">
      <w:pPr>
        <w:pStyle w:val="ListBullet"/>
        <w:numPr>
          <w:ilvl w:val="0"/>
          <w:numId w:val="0"/>
        </w:numPr>
        <w:spacing w:after="200" w:line="276" w:lineRule="auto"/>
      </w:pPr>
    </w:p>
    <w:p w14:paraId="0B3DB7B9" w14:textId="1FA360B6" w:rsidR="00975815" w:rsidRDefault="00975815" w:rsidP="00670E91">
      <w:pPr>
        <w:pStyle w:val="ListBullet"/>
        <w:numPr>
          <w:ilvl w:val="0"/>
          <w:numId w:val="0"/>
        </w:numPr>
        <w:spacing w:after="200" w:line="276" w:lineRule="auto"/>
      </w:pPr>
    </w:p>
    <w:p w14:paraId="65C5A24D" w14:textId="5E2CBEA0" w:rsidR="00975815" w:rsidRPr="00DD2715" w:rsidRDefault="00975815" w:rsidP="00670E91">
      <w:pPr>
        <w:pStyle w:val="ListBullet"/>
        <w:numPr>
          <w:ilvl w:val="0"/>
          <w:numId w:val="0"/>
        </w:numPr>
        <w:spacing w:after="200" w:line="276" w:lineRule="auto"/>
      </w:pPr>
      <w:r w:rsidRPr="00975815">
        <w:lastRenderedPageBreak/>
        <w:drawing>
          <wp:anchor distT="0" distB="0" distL="114300" distR="114300" simplePos="0" relativeHeight="251658240" behindDoc="1" locked="0" layoutInCell="1" allowOverlap="1" wp14:anchorId="3115E4AF" wp14:editId="12BA6E2F">
            <wp:simplePos x="0" y="0"/>
            <wp:positionH relativeFrom="column">
              <wp:posOffset>104942</wp:posOffset>
            </wp:positionH>
            <wp:positionV relativeFrom="paragraph">
              <wp:posOffset>207645</wp:posOffset>
            </wp:positionV>
            <wp:extent cx="5774690" cy="8619490"/>
            <wp:effectExtent l="0" t="0" r="3810" b="3810"/>
            <wp:wrapTight wrapText="bothSides">
              <wp:wrapPolygon edited="0">
                <wp:start x="0" y="0"/>
                <wp:lineTo x="0" y="21578"/>
                <wp:lineTo x="21567" y="21578"/>
                <wp:lineTo x="21567" y="0"/>
                <wp:lineTo x="0" y="0"/>
              </wp:wrapPolygon>
            </wp:wrapTight>
            <wp:docPr id="1861709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709512" name=""/>
                    <pic:cNvPicPr/>
                  </pic:nvPicPr>
                  <pic:blipFill>
                    <a:blip r:embed="rId16"/>
                    <a:stretch>
                      <a:fillRect/>
                    </a:stretch>
                  </pic:blipFill>
                  <pic:spPr>
                    <a:xfrm>
                      <a:off x="0" y="0"/>
                      <a:ext cx="5774690" cy="8619490"/>
                    </a:xfrm>
                    <a:prstGeom prst="rect">
                      <a:avLst/>
                    </a:prstGeom>
                  </pic:spPr>
                </pic:pic>
              </a:graphicData>
            </a:graphic>
            <wp14:sizeRelH relativeFrom="page">
              <wp14:pctWidth>0</wp14:pctWidth>
            </wp14:sizeRelH>
            <wp14:sizeRelV relativeFrom="page">
              <wp14:pctHeight>0</wp14:pctHeight>
            </wp14:sizeRelV>
          </wp:anchor>
        </w:drawing>
      </w:r>
    </w:p>
    <w:sectPr w:rsidR="00975815" w:rsidRPr="00DD2715" w:rsidSect="00862A55">
      <w:headerReference w:type="even" r:id="rId17"/>
      <w:headerReference w:type="default" r:id="rId18"/>
      <w:footerReference w:type="even" r:id="rId19"/>
      <w:footerReference w:type="default" r:id="rId20"/>
      <w:headerReference w:type="first" r:id="rId21"/>
      <w:footerReference w:type="first" r:id="rId22"/>
      <w:pgSz w:w="11900" w:h="16840"/>
      <w:pgMar w:top="936" w:right="1123" w:bottom="936"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0924A" w14:textId="77777777" w:rsidR="005615A7" w:rsidRDefault="005615A7">
      <w:pPr>
        <w:spacing w:after="0" w:line="240" w:lineRule="auto"/>
      </w:pPr>
      <w:r>
        <w:separator/>
      </w:r>
    </w:p>
  </w:endnote>
  <w:endnote w:type="continuationSeparator" w:id="0">
    <w:p w14:paraId="7ED8A240" w14:textId="77777777" w:rsidR="005615A7" w:rsidRDefault="00561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D721B" w14:textId="77777777" w:rsidR="00AD2954" w:rsidRDefault="00AD29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BD711" w14:textId="77777777" w:rsidR="00AD2954" w:rsidRDefault="00AD29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96178" w14:textId="77777777" w:rsidR="00AD2954" w:rsidRDefault="00AD2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C0A68" w14:textId="77777777" w:rsidR="005615A7" w:rsidRDefault="005615A7">
      <w:pPr>
        <w:spacing w:after="0" w:line="240" w:lineRule="auto"/>
      </w:pPr>
      <w:r>
        <w:separator/>
      </w:r>
    </w:p>
  </w:footnote>
  <w:footnote w:type="continuationSeparator" w:id="0">
    <w:p w14:paraId="1BD43B37" w14:textId="77777777" w:rsidR="005615A7" w:rsidRDefault="00561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88E70" w14:textId="77777777" w:rsidR="00AD2954" w:rsidRDefault="00AD29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7196A" w14:textId="01A66396" w:rsidR="007F1D0F" w:rsidRDefault="007F1D0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8B1D3" w14:textId="77777777" w:rsidR="00AD2954" w:rsidRDefault="00AD29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E02C7CE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EB0699"/>
    <w:multiLevelType w:val="hybridMultilevel"/>
    <w:tmpl w:val="8EA4A7AA"/>
    <w:lvl w:ilvl="0" w:tplc="CBE4A204">
      <w:start w:val="1"/>
      <w:numFmt w:val="bullet"/>
      <w:pStyle w:val="ListBullet"/>
      <w:lvlText w:val="è"/>
      <w:lvlJc w:val="left"/>
      <w:pPr>
        <w:tabs>
          <w:tab w:val="num" w:pos="360"/>
        </w:tabs>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5925913">
    <w:abstractNumId w:val="8"/>
  </w:num>
  <w:num w:numId="2" w16cid:durableId="1390575331">
    <w:abstractNumId w:val="6"/>
  </w:num>
  <w:num w:numId="3" w16cid:durableId="821698685">
    <w:abstractNumId w:val="5"/>
  </w:num>
  <w:num w:numId="4" w16cid:durableId="1689985115">
    <w:abstractNumId w:val="4"/>
  </w:num>
  <w:num w:numId="5" w16cid:durableId="691999680">
    <w:abstractNumId w:val="7"/>
  </w:num>
  <w:num w:numId="6" w16cid:durableId="1170828080">
    <w:abstractNumId w:val="3"/>
  </w:num>
  <w:num w:numId="7" w16cid:durableId="1038163741">
    <w:abstractNumId w:val="2"/>
  </w:num>
  <w:num w:numId="8" w16cid:durableId="1891844532">
    <w:abstractNumId w:val="1"/>
  </w:num>
  <w:num w:numId="9" w16cid:durableId="1060515623">
    <w:abstractNumId w:val="0"/>
  </w:num>
  <w:num w:numId="10" w16cid:durableId="20889620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DDE"/>
    <w:rsid w:val="00034616"/>
    <w:rsid w:val="0006063C"/>
    <w:rsid w:val="0015074B"/>
    <w:rsid w:val="00215243"/>
    <w:rsid w:val="00281690"/>
    <w:rsid w:val="0029639D"/>
    <w:rsid w:val="002A1632"/>
    <w:rsid w:val="00326F90"/>
    <w:rsid w:val="004E470B"/>
    <w:rsid w:val="00550A3E"/>
    <w:rsid w:val="005615A7"/>
    <w:rsid w:val="00576505"/>
    <w:rsid w:val="006207A7"/>
    <w:rsid w:val="00670E91"/>
    <w:rsid w:val="00697664"/>
    <w:rsid w:val="006D69CB"/>
    <w:rsid w:val="007B1583"/>
    <w:rsid w:val="007F1D0F"/>
    <w:rsid w:val="00807698"/>
    <w:rsid w:val="00847F26"/>
    <w:rsid w:val="0085754A"/>
    <w:rsid w:val="00862A55"/>
    <w:rsid w:val="009626A4"/>
    <w:rsid w:val="00975815"/>
    <w:rsid w:val="009A176E"/>
    <w:rsid w:val="00A07033"/>
    <w:rsid w:val="00A1550E"/>
    <w:rsid w:val="00A424B1"/>
    <w:rsid w:val="00AA1D8D"/>
    <w:rsid w:val="00AC16DD"/>
    <w:rsid w:val="00AD2954"/>
    <w:rsid w:val="00B27B6A"/>
    <w:rsid w:val="00B47730"/>
    <w:rsid w:val="00BB7C7A"/>
    <w:rsid w:val="00C35932"/>
    <w:rsid w:val="00CB0664"/>
    <w:rsid w:val="00CF7A8D"/>
    <w:rsid w:val="00D46909"/>
    <w:rsid w:val="00DA4ED1"/>
    <w:rsid w:val="00DD17B0"/>
    <w:rsid w:val="00DD2715"/>
    <w:rsid w:val="00E06D22"/>
    <w:rsid w:val="00E168FA"/>
    <w:rsid w:val="00ED07A3"/>
    <w:rsid w:val="00F92DA7"/>
    <w:rsid w:val="00FA564D"/>
    <w:rsid w:val="00FB5285"/>
    <w:rsid w:val="00FC693F"/>
    <w:rsid w:val="00FD41E9"/>
    <w:rsid w:val="00FF4BC0"/>
    <w:rsid w:val="00FF6E76"/>
    <w:rsid w:val="02535F1D"/>
    <w:rsid w:val="0A4EB82F"/>
    <w:rsid w:val="0E8756BF"/>
    <w:rsid w:val="1787EAED"/>
    <w:rsid w:val="189E7653"/>
    <w:rsid w:val="18FC54E3"/>
    <w:rsid w:val="1B799693"/>
    <w:rsid w:val="20E7B62E"/>
    <w:rsid w:val="2D3EB0AA"/>
    <w:rsid w:val="300D4554"/>
    <w:rsid w:val="31BE0038"/>
    <w:rsid w:val="35B1548F"/>
    <w:rsid w:val="36E655B9"/>
    <w:rsid w:val="383B8722"/>
    <w:rsid w:val="3B653249"/>
    <w:rsid w:val="3C57558B"/>
    <w:rsid w:val="3F379424"/>
    <w:rsid w:val="40FD2A3F"/>
    <w:rsid w:val="45BCAFEC"/>
    <w:rsid w:val="4AACB927"/>
    <w:rsid w:val="4CED7E7E"/>
    <w:rsid w:val="4DAEAAF9"/>
    <w:rsid w:val="4E32582B"/>
    <w:rsid w:val="560F81A5"/>
    <w:rsid w:val="591AD631"/>
    <w:rsid w:val="615BEC2A"/>
    <w:rsid w:val="628894FD"/>
    <w:rsid w:val="62C0332E"/>
    <w:rsid w:val="63DE010D"/>
    <w:rsid w:val="67BE0783"/>
    <w:rsid w:val="73B3473C"/>
    <w:rsid w:val="78EA5197"/>
    <w:rsid w:val="7E1AE9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3906D9"/>
  <w14:defaultImageDpi w14:val="300"/>
  <w15:docId w15:val="{254F18E7-21AD-4645-BB18-B9B157C9E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000000"/>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before="200" w:after="100" w:line="240" w:lineRule="auto"/>
      <w:contextualSpacing/>
    </w:pPr>
    <w:rPr>
      <w:rFonts w:asciiTheme="majorHAnsi" w:eastAsiaTheme="majorEastAsia" w:hAnsiTheme="majorHAnsi" w:cstheme="majorBidi"/>
      <w:b/>
      <w:color w:val="00000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0"/>
      </w:numPr>
      <w:spacing w:after="6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215243"/>
    <w:rPr>
      <w:sz w:val="16"/>
      <w:szCs w:val="16"/>
    </w:rPr>
  </w:style>
  <w:style w:type="paragraph" w:styleId="CommentText">
    <w:name w:val="annotation text"/>
    <w:basedOn w:val="Normal"/>
    <w:link w:val="CommentTextChar"/>
    <w:uiPriority w:val="99"/>
    <w:semiHidden/>
    <w:unhideWhenUsed/>
    <w:rsid w:val="00215243"/>
    <w:pPr>
      <w:spacing w:line="240" w:lineRule="auto"/>
    </w:pPr>
    <w:rPr>
      <w:sz w:val="20"/>
      <w:szCs w:val="20"/>
    </w:rPr>
  </w:style>
  <w:style w:type="character" w:customStyle="1" w:styleId="CommentTextChar">
    <w:name w:val="Comment Text Char"/>
    <w:basedOn w:val="DefaultParagraphFont"/>
    <w:link w:val="CommentText"/>
    <w:uiPriority w:val="99"/>
    <w:semiHidden/>
    <w:rsid w:val="0021524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15243"/>
    <w:rPr>
      <w:b/>
      <w:bCs/>
    </w:rPr>
  </w:style>
  <w:style w:type="character" w:customStyle="1" w:styleId="CommentSubjectChar">
    <w:name w:val="Comment Subject Char"/>
    <w:basedOn w:val="CommentTextChar"/>
    <w:link w:val="CommentSubject"/>
    <w:uiPriority w:val="99"/>
    <w:semiHidden/>
    <w:rsid w:val="00215243"/>
    <w:rPr>
      <w:rFonts w:ascii="Arial" w:hAnsi="Arial"/>
      <w:b/>
      <w:bCs/>
      <w:sz w:val="20"/>
      <w:szCs w:val="20"/>
    </w:rPr>
  </w:style>
  <w:style w:type="character" w:styleId="Hyperlink">
    <w:name w:val="Hyperlink"/>
    <w:basedOn w:val="DefaultParagraphFont"/>
    <w:uiPriority w:val="99"/>
    <w:unhideWhenUsed/>
    <w:rsid w:val="002A1632"/>
    <w:rPr>
      <w:color w:val="0000FF" w:themeColor="hyperlink"/>
      <w:u w:val="single"/>
    </w:rPr>
  </w:style>
  <w:style w:type="character" w:styleId="UnresolvedMention">
    <w:name w:val="Unresolved Mention"/>
    <w:basedOn w:val="DefaultParagraphFont"/>
    <w:uiPriority w:val="99"/>
    <w:semiHidden/>
    <w:unhideWhenUsed/>
    <w:rsid w:val="002A1632"/>
    <w:rPr>
      <w:color w:val="605E5C"/>
      <w:shd w:val="clear" w:color="auto" w:fill="E1DFDD"/>
    </w:rPr>
  </w:style>
  <w:style w:type="paragraph" w:styleId="Revision">
    <w:name w:val="Revision"/>
    <w:hidden/>
    <w:uiPriority w:val="99"/>
    <w:semiHidden/>
    <w:rsid w:val="00FF4BC0"/>
    <w:pPr>
      <w:spacing w:after="0" w:line="240" w:lineRule="auto"/>
    </w:pPr>
    <w:rPr>
      <w:rFonts w:ascii="Arial" w:hAnsi="Arial"/>
      <w:sz w:val="21"/>
    </w:rPr>
  </w:style>
  <w:style w:type="character" w:styleId="FollowedHyperlink">
    <w:name w:val="FollowedHyperlink"/>
    <w:basedOn w:val="DefaultParagraphFont"/>
    <w:uiPriority w:val="99"/>
    <w:semiHidden/>
    <w:unhideWhenUsed/>
    <w:rsid w:val="00670E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st-of-school-uniforms/cost-of-school-uniform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skoolkit.co.uk/school-uniform/1509"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koolkit.co.uk/school-uniform/1509"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uniform/school-uniform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21" ma:contentTypeDescription="Create a new document." ma:contentTypeScope="" ma:versionID="d06bdb3679d1fd26cc0ef3b245914435">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792e9ceadd27eee0f06923a36a5cbafc"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782e4f00-0051-440e-8a87-c4d8096f92a2}" ma:internalName="TaxCatchAll" ma:showField="CatchAllData" ma:web="420e6868-99b2-4228-aa66-1fee471ce9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420e6868-99b2-4228-aa66-1fee471ce9d0" xsi:nil="true"/>
    <lcf76f155ced4ddcb4097134ff3c332f xmlns="2012f04b-1a08-4f2a-933a-30eda17331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DC702E-7A94-467E-8030-2C9DF4197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e6868-99b2-4228-aa66-1fee471ce9d0"/>
    <ds:schemaRef ds:uri="2012f04b-1a08-4f2a-933a-30eda17331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A12310-EEEF-43A6-817B-BF3FFFFD3A97}">
  <ds:schemaRefs>
    <ds:schemaRef ds:uri="http://schemas.microsoft.com/sharepoint/v3/contenttype/forms"/>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3C823E48-37EC-4AE5-AA62-BA92D0D38DE1}">
  <ds:schemaRefs>
    <ds:schemaRef ds:uri="http://schemas.microsoft.com/office/2006/metadata/properties"/>
    <ds:schemaRef ds:uri="http://schemas.microsoft.com/office/infopath/2007/PartnerControls"/>
    <ds:schemaRef ds:uri="420e6868-99b2-4228-aa66-1fee471ce9d0"/>
    <ds:schemaRef ds:uri="2012f04b-1a08-4f2a-933a-30eda1733142"/>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1445</Words>
  <Characters>8239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9665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Becka Miller-Goddard</cp:lastModifiedBy>
  <cp:revision>2</cp:revision>
  <dcterms:created xsi:type="dcterms:W3CDTF">2026-10-09T10:56:00Z</dcterms:created>
  <dcterms:modified xsi:type="dcterms:W3CDTF">2026-10-09T10:56:00Z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y fmtid="{D5CDD505-2E9C-101B-9397-08002B2CF9AE}" pid="3" name="MediaServiceImageTags">
    <vt:lpwstr/>
  </property>
  <property fmtid="{D5CDD505-2E9C-101B-9397-08002B2CF9AE}" pid="4" name="docLang">
    <vt:lpwstr>en</vt:lpwstr>
  </property>
</Properties>
</file>